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A7242" w14:textId="77777777" w:rsidR="0004389F" w:rsidRPr="0020711A" w:rsidRDefault="00A401AA">
      <w:pPr>
        <w:jc w:val="center"/>
        <w:rPr>
          <w:sz w:val="22"/>
          <w:szCs w:val="24"/>
          <w:lang w:eastAsia="ja-JP"/>
        </w:rPr>
      </w:pPr>
      <w:r w:rsidRPr="0020711A">
        <w:rPr>
          <w:b/>
          <w:color w:val="1F4E79"/>
          <w:sz w:val="36"/>
          <w:szCs w:val="24"/>
          <w:lang w:eastAsia="ja-JP"/>
        </w:rPr>
        <w:t>中東情勢による原材料価格高騰に伴う</w:t>
      </w:r>
      <w:r w:rsidRPr="0020711A">
        <w:rPr>
          <w:b/>
          <w:color w:val="1F4E79"/>
          <w:sz w:val="36"/>
          <w:szCs w:val="24"/>
          <w:lang w:eastAsia="ja-JP"/>
        </w:rPr>
        <w:br/>
        <w:t>経営基盤安定化緊急対策事業</w:t>
      </w:r>
    </w:p>
    <w:p w14:paraId="567140F0" w14:textId="0F1A067A" w:rsidR="0004389F" w:rsidRDefault="02043E38">
      <w:pPr>
        <w:jc w:val="center"/>
        <w:rPr>
          <w:lang w:eastAsia="ja-JP"/>
        </w:rPr>
      </w:pPr>
      <w:r w:rsidRPr="02043E38">
        <w:rPr>
          <w:b/>
          <w:bCs/>
          <w:color w:val="1F4E79"/>
          <w:sz w:val="36"/>
          <w:szCs w:val="36"/>
          <w:lang w:eastAsia="ja-JP"/>
        </w:rPr>
        <w:t>よくある質問</w:t>
      </w:r>
    </w:p>
    <w:p w14:paraId="2EF8AF50" w14:textId="77777777" w:rsidR="0033738F" w:rsidRDefault="0033738F">
      <w:pPr>
        <w:rPr>
          <w:lang w:eastAsia="ja-JP"/>
        </w:rPr>
      </w:pPr>
    </w:p>
    <w:tbl>
      <w:tblPr>
        <w:tblStyle w:val="afe"/>
        <w:tblW w:w="0" w:type="auto"/>
        <w:tblLook w:val="04A0" w:firstRow="1" w:lastRow="0" w:firstColumn="1" w:lastColumn="0" w:noHBand="0" w:noVBand="1"/>
      </w:tblPr>
      <w:tblGrid>
        <w:gridCol w:w="780"/>
        <w:gridCol w:w="8610"/>
      </w:tblGrid>
      <w:tr w:rsidR="02043E38" w14:paraId="40EB883E" w14:textId="77777777" w:rsidTr="02043E38">
        <w:tc>
          <w:tcPr>
            <w:tcW w:w="780" w:type="dxa"/>
          </w:tcPr>
          <w:p w14:paraId="6D8E87FF" w14:textId="1548DF29" w:rsidR="02043E38" w:rsidRDefault="005C18A4" w:rsidP="005C18A4">
            <w:pPr>
              <w:pStyle w:val="18"/>
            </w:pPr>
            <w:r w:rsidRPr="005C18A4">
              <w:rPr>
                <w:rFonts w:hint="eastAsia"/>
                <w:b/>
                <w:bCs/>
              </w:rPr>
              <w:t>Q1</w:t>
            </w:r>
          </w:p>
        </w:tc>
        <w:tc>
          <w:tcPr>
            <w:tcW w:w="8610" w:type="dxa"/>
          </w:tcPr>
          <w:p w14:paraId="5CFBDE24" w14:textId="16543738" w:rsidR="02043E38" w:rsidRDefault="02043E38" w:rsidP="02043E38">
            <w:pPr>
              <w:rPr>
                <w:lang w:eastAsia="ja-JP"/>
              </w:rPr>
            </w:pPr>
            <w:r w:rsidRPr="02043E38">
              <w:rPr>
                <w:rFonts w:cs="Yu Gothic"/>
                <w:b/>
                <w:bCs/>
                <w:szCs w:val="21"/>
                <w:lang w:eastAsia="ja-JP"/>
              </w:rPr>
              <w:t>原材料の購入費は対象になりますか。</w:t>
            </w:r>
          </w:p>
        </w:tc>
      </w:tr>
      <w:tr w:rsidR="02043E38" w14:paraId="3C351BCA" w14:textId="77777777" w:rsidTr="02043E38">
        <w:tc>
          <w:tcPr>
            <w:tcW w:w="780" w:type="dxa"/>
          </w:tcPr>
          <w:p w14:paraId="1B6BB93F" w14:textId="3B960DC1" w:rsidR="02043E38" w:rsidRDefault="00B065A9" w:rsidP="00B065A9">
            <w:pPr>
              <w:pStyle w:val="18"/>
            </w:pPr>
            <w:r w:rsidRPr="00B065A9">
              <w:rPr>
                <w:rFonts w:hint="eastAsia"/>
              </w:rPr>
              <w:t>A1</w:t>
            </w:r>
          </w:p>
        </w:tc>
        <w:tc>
          <w:tcPr>
            <w:tcW w:w="8610" w:type="dxa"/>
          </w:tcPr>
          <w:p w14:paraId="0379DAD0" w14:textId="7C1C6BE4" w:rsidR="02043E38" w:rsidRDefault="02043E38" w:rsidP="02043E38">
            <w:pPr>
              <w:rPr>
                <w:lang w:eastAsia="ja-JP"/>
              </w:rPr>
            </w:pPr>
            <w:r w:rsidRPr="02043E38">
              <w:rPr>
                <w:rFonts w:cs="Yu Gothic"/>
                <w:szCs w:val="21"/>
                <w:lang w:eastAsia="ja-JP"/>
              </w:rPr>
              <w:t>単なる原材料の購入や、原材料価格上昇分の差額補填は助成対象となりません。原材料費の縮減、歩留まり向上、不良率低減、生産性向上、価格転嫁等につながる取組に必要な原材料・副資材等が対象となります。最終的な対象可否は、申請内容を踏まえて審査により判断します。</w:t>
            </w:r>
          </w:p>
        </w:tc>
      </w:tr>
    </w:tbl>
    <w:p w14:paraId="672A6659" w14:textId="77777777" w:rsidR="0004389F" w:rsidRDefault="0004389F">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0"/>
        <w:gridCol w:w="8610"/>
      </w:tblGrid>
      <w:tr w:rsidR="00F7084F" w14:paraId="59733BD3" w14:textId="77777777" w:rsidTr="009F7F67">
        <w:tc>
          <w:tcPr>
            <w:tcW w:w="780" w:type="dxa"/>
            <w:tcMar>
              <w:top w:w="0" w:type="dxa"/>
              <w:left w:w="108" w:type="dxa"/>
              <w:bottom w:w="0" w:type="dxa"/>
              <w:right w:w="108" w:type="dxa"/>
            </w:tcMar>
            <w:hideMark/>
          </w:tcPr>
          <w:p w14:paraId="3C764085" w14:textId="77777777" w:rsidR="00F7084F" w:rsidRDefault="00F7084F">
            <w:pPr>
              <w:pStyle w:val="18"/>
              <w:spacing w:after="0"/>
            </w:pPr>
            <w:r>
              <w:rPr>
                <w:rFonts w:hint="eastAsia"/>
                <w:b/>
                <w:bCs/>
              </w:rPr>
              <w:t>Q2</w:t>
            </w:r>
          </w:p>
        </w:tc>
        <w:tc>
          <w:tcPr>
            <w:tcW w:w="8610" w:type="dxa"/>
            <w:tcMar>
              <w:top w:w="0" w:type="dxa"/>
              <w:left w:w="108" w:type="dxa"/>
              <w:bottom w:w="0" w:type="dxa"/>
              <w:right w:w="108" w:type="dxa"/>
            </w:tcMar>
            <w:hideMark/>
          </w:tcPr>
          <w:p w14:paraId="1F96060F" w14:textId="20DAECD8" w:rsidR="00F7084F" w:rsidRDefault="00F7084F">
            <w:pPr>
              <w:pStyle w:val="18"/>
              <w:spacing w:after="0"/>
            </w:pPr>
            <w:r>
              <w:rPr>
                <w:rFonts w:hint="eastAsia"/>
                <w:b/>
                <w:bCs/>
              </w:rPr>
              <w:t>自社の計画が助成対象になるか、申請前に教えてもらえますか。</w:t>
            </w:r>
          </w:p>
        </w:tc>
      </w:tr>
      <w:tr w:rsidR="00F7084F" w14:paraId="66818105" w14:textId="77777777" w:rsidTr="009F7F67">
        <w:tc>
          <w:tcPr>
            <w:tcW w:w="780" w:type="dxa"/>
            <w:tcMar>
              <w:top w:w="0" w:type="dxa"/>
              <w:left w:w="108" w:type="dxa"/>
              <w:bottom w:w="0" w:type="dxa"/>
              <w:right w:w="108" w:type="dxa"/>
            </w:tcMar>
            <w:hideMark/>
          </w:tcPr>
          <w:p w14:paraId="34CAE758" w14:textId="77777777" w:rsidR="00F7084F" w:rsidRDefault="00F7084F">
            <w:pPr>
              <w:pStyle w:val="18"/>
              <w:spacing w:after="0"/>
            </w:pPr>
            <w:r>
              <w:rPr>
                <w:rFonts w:hint="eastAsia"/>
              </w:rPr>
              <w:t>A2</w:t>
            </w:r>
          </w:p>
        </w:tc>
        <w:tc>
          <w:tcPr>
            <w:tcW w:w="8610" w:type="dxa"/>
            <w:tcMar>
              <w:top w:w="0" w:type="dxa"/>
              <w:left w:w="108" w:type="dxa"/>
              <w:bottom w:w="0" w:type="dxa"/>
              <w:right w:w="108" w:type="dxa"/>
            </w:tcMar>
            <w:hideMark/>
          </w:tcPr>
          <w:p w14:paraId="6719DEB4" w14:textId="77777777" w:rsidR="00F7084F" w:rsidRDefault="00F7084F">
            <w:pPr>
              <w:pStyle w:val="18"/>
              <w:spacing w:after="0"/>
            </w:pPr>
            <w:r>
              <w:rPr>
                <w:rFonts w:hint="eastAsia"/>
              </w:rPr>
              <w:t>事前のお問い合わせでは、制度内容や募集要項の記載事項についてご案内しますが、個別の取組や経費が助成対象となるか、また採択されるかについて確定的な回答はできません。対象可否や採択可否は、提出された申請書類に基づき総合的に審査します。</w:t>
            </w:r>
          </w:p>
        </w:tc>
      </w:tr>
    </w:tbl>
    <w:p w14:paraId="7AC54642" w14:textId="77777777" w:rsidR="00F7084F" w:rsidRDefault="00F7084F">
      <w:pPr>
        <w:pStyle w:val="1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0"/>
        <w:gridCol w:w="8610"/>
      </w:tblGrid>
      <w:tr w:rsidR="00F7084F" w14:paraId="7BAD2FEB" w14:textId="77777777" w:rsidTr="009F7F67">
        <w:tc>
          <w:tcPr>
            <w:tcW w:w="780" w:type="dxa"/>
            <w:tcMar>
              <w:top w:w="0" w:type="dxa"/>
              <w:left w:w="108" w:type="dxa"/>
              <w:bottom w:w="0" w:type="dxa"/>
              <w:right w:w="108" w:type="dxa"/>
            </w:tcMar>
            <w:hideMark/>
          </w:tcPr>
          <w:p w14:paraId="53DD4D6E" w14:textId="77777777" w:rsidR="00F7084F" w:rsidRDefault="00F7084F">
            <w:pPr>
              <w:pStyle w:val="18"/>
              <w:spacing w:after="0"/>
            </w:pPr>
            <w:r>
              <w:rPr>
                <w:rFonts w:hint="eastAsia"/>
                <w:b/>
                <w:bCs/>
              </w:rPr>
              <w:t>Q3</w:t>
            </w:r>
          </w:p>
        </w:tc>
        <w:tc>
          <w:tcPr>
            <w:tcW w:w="8610" w:type="dxa"/>
            <w:tcMar>
              <w:top w:w="0" w:type="dxa"/>
              <w:left w:w="108" w:type="dxa"/>
              <w:bottom w:w="0" w:type="dxa"/>
              <w:right w:w="108" w:type="dxa"/>
            </w:tcMar>
            <w:hideMark/>
          </w:tcPr>
          <w:p w14:paraId="6BF045A8" w14:textId="0B21D03D" w:rsidR="00F7084F" w:rsidRDefault="006203EB">
            <w:pPr>
              <w:pStyle w:val="18"/>
              <w:spacing w:after="0"/>
            </w:pPr>
            <w:r>
              <w:rPr>
                <w:rFonts w:hint="eastAsia"/>
                <w:b/>
                <w:bCs/>
              </w:rPr>
              <w:t>実施</w:t>
            </w:r>
            <w:r w:rsidR="00F7084F">
              <w:rPr>
                <w:rFonts w:hint="eastAsia"/>
                <w:b/>
                <w:bCs/>
              </w:rPr>
              <w:t>場所が東京都外ですが</w:t>
            </w:r>
            <w:r>
              <w:rPr>
                <w:rFonts w:hint="eastAsia"/>
                <w:b/>
                <w:bCs/>
              </w:rPr>
              <w:t>、</w:t>
            </w:r>
            <w:r w:rsidR="00F7084F">
              <w:rPr>
                <w:rFonts w:hint="eastAsia"/>
                <w:b/>
                <w:bCs/>
              </w:rPr>
              <w:t>対象になりますか。</w:t>
            </w:r>
          </w:p>
        </w:tc>
      </w:tr>
      <w:tr w:rsidR="00F7084F" w14:paraId="3EB55BEA" w14:textId="77777777" w:rsidTr="009F7F67">
        <w:tc>
          <w:tcPr>
            <w:tcW w:w="780" w:type="dxa"/>
            <w:tcMar>
              <w:top w:w="0" w:type="dxa"/>
              <w:left w:w="108" w:type="dxa"/>
              <w:bottom w:w="0" w:type="dxa"/>
              <w:right w:w="108" w:type="dxa"/>
            </w:tcMar>
            <w:hideMark/>
          </w:tcPr>
          <w:p w14:paraId="3E144E2C" w14:textId="77777777" w:rsidR="00F7084F" w:rsidRDefault="00F7084F">
            <w:pPr>
              <w:pStyle w:val="18"/>
              <w:spacing w:after="0"/>
            </w:pPr>
            <w:r>
              <w:rPr>
                <w:rFonts w:hint="eastAsia"/>
              </w:rPr>
              <w:t>A3</w:t>
            </w:r>
          </w:p>
        </w:tc>
        <w:tc>
          <w:tcPr>
            <w:tcW w:w="8610" w:type="dxa"/>
            <w:tcMar>
              <w:top w:w="0" w:type="dxa"/>
              <w:left w:w="108" w:type="dxa"/>
              <w:bottom w:w="0" w:type="dxa"/>
              <w:right w:w="108" w:type="dxa"/>
            </w:tcMar>
            <w:hideMark/>
          </w:tcPr>
          <w:p w14:paraId="2C07B4F1" w14:textId="72E3ABA0" w:rsidR="00F7084F" w:rsidRDefault="004F08AE">
            <w:pPr>
              <w:pStyle w:val="18"/>
              <w:spacing w:after="0"/>
            </w:pPr>
            <w:r>
              <w:rPr>
                <w:rFonts w:hint="eastAsia"/>
              </w:rPr>
              <w:t>実施場所が</w:t>
            </w:r>
            <w:r w:rsidR="00F7084F">
              <w:rPr>
                <w:rFonts w:hint="eastAsia"/>
              </w:rPr>
              <w:t>神奈川県、埼玉県、千葉県、群馬県、栃木県、茨城県、山梨県</w:t>
            </w:r>
            <w:r>
              <w:rPr>
                <w:rFonts w:hint="eastAsia"/>
              </w:rPr>
              <w:t>のいずれかで、</w:t>
            </w:r>
            <w:r w:rsidRPr="004F08AE">
              <w:t>申請受付開始日時点で東京都内に登記簿上の本店があ</w:t>
            </w:r>
            <w:r>
              <w:rPr>
                <w:rFonts w:hint="eastAsia"/>
              </w:rPr>
              <w:t>れば対象になります</w:t>
            </w:r>
            <w:r w:rsidR="00F7084F">
              <w:rPr>
                <w:rFonts w:hint="eastAsia"/>
              </w:rPr>
              <w:t>。</w:t>
            </w:r>
          </w:p>
        </w:tc>
      </w:tr>
    </w:tbl>
    <w:p w14:paraId="797107CE" w14:textId="77777777" w:rsidR="007078BC" w:rsidRPr="00477AA0" w:rsidRDefault="007078BC" w:rsidP="007078BC">
      <w:pPr>
        <w:rPr>
          <w:lang w:eastAsia="ja-JP"/>
        </w:rPr>
      </w:pPr>
    </w:p>
    <w:tbl>
      <w:tblPr>
        <w:tblStyle w:val="afe"/>
        <w:tblW w:w="0" w:type="auto"/>
        <w:tblLook w:val="04A0" w:firstRow="1" w:lastRow="0" w:firstColumn="1" w:lastColumn="0" w:noHBand="0" w:noVBand="1"/>
      </w:tblPr>
      <w:tblGrid>
        <w:gridCol w:w="780"/>
        <w:gridCol w:w="8610"/>
      </w:tblGrid>
      <w:tr w:rsidR="007078BC" w14:paraId="6460C186" w14:textId="77777777" w:rsidTr="009F7F67">
        <w:tc>
          <w:tcPr>
            <w:tcW w:w="780" w:type="dxa"/>
            <w:shd w:val="clear" w:color="auto" w:fill="auto"/>
          </w:tcPr>
          <w:p w14:paraId="004558F5" w14:textId="3624B665" w:rsidR="007078BC" w:rsidRPr="009F7F67" w:rsidRDefault="007078BC" w:rsidP="006470CC">
            <w:pPr>
              <w:pStyle w:val="18"/>
            </w:pPr>
            <w:r w:rsidRPr="009F7F67">
              <w:rPr>
                <w:rFonts w:hint="eastAsia"/>
                <w:b/>
                <w:bCs/>
              </w:rPr>
              <w:t>Q</w:t>
            </w:r>
            <w:r w:rsidR="000A5EE1" w:rsidRPr="009F7F67">
              <w:rPr>
                <w:rFonts w:hint="eastAsia"/>
                <w:b/>
                <w:bCs/>
              </w:rPr>
              <w:t>4</w:t>
            </w:r>
          </w:p>
        </w:tc>
        <w:tc>
          <w:tcPr>
            <w:tcW w:w="8610" w:type="dxa"/>
            <w:shd w:val="clear" w:color="auto" w:fill="auto"/>
          </w:tcPr>
          <w:p w14:paraId="7F7270DD" w14:textId="73F81584" w:rsidR="007078BC" w:rsidRPr="009F7F67" w:rsidRDefault="007078BC" w:rsidP="006470CC">
            <w:pPr>
              <w:rPr>
                <w:lang w:eastAsia="ja-JP"/>
              </w:rPr>
            </w:pPr>
            <w:r w:rsidRPr="009F7F67">
              <w:rPr>
                <w:rFonts w:cs="Yu Gothic" w:hint="eastAsia"/>
                <w:b/>
                <w:bCs/>
                <w:szCs w:val="21"/>
                <w:lang w:eastAsia="ja-JP"/>
              </w:rPr>
              <w:t>本社は関西ですが、東京に支店があります。申請可能でしょうか。</w:t>
            </w:r>
          </w:p>
        </w:tc>
      </w:tr>
      <w:tr w:rsidR="007078BC" w14:paraId="74A723F8" w14:textId="77777777" w:rsidTr="006470CC">
        <w:tc>
          <w:tcPr>
            <w:tcW w:w="780" w:type="dxa"/>
          </w:tcPr>
          <w:p w14:paraId="6EED27D7" w14:textId="3CEF9340" w:rsidR="007078BC" w:rsidRPr="009F7F67" w:rsidRDefault="007078BC" w:rsidP="006470CC">
            <w:pPr>
              <w:pStyle w:val="18"/>
            </w:pPr>
            <w:r w:rsidRPr="009F7F67">
              <w:rPr>
                <w:rFonts w:hint="eastAsia"/>
              </w:rPr>
              <w:t>A</w:t>
            </w:r>
            <w:r w:rsidR="000A5EE1" w:rsidRPr="009F7F67">
              <w:rPr>
                <w:rFonts w:hint="eastAsia"/>
              </w:rPr>
              <w:t>4</w:t>
            </w:r>
          </w:p>
        </w:tc>
        <w:tc>
          <w:tcPr>
            <w:tcW w:w="8610" w:type="dxa"/>
          </w:tcPr>
          <w:p w14:paraId="685A8111" w14:textId="038D6CF3" w:rsidR="00314F18" w:rsidRPr="009F7F67" w:rsidRDefault="007078BC" w:rsidP="006470CC">
            <w:pPr>
              <w:rPr>
                <w:rFonts w:cs="Yu Gothic"/>
                <w:szCs w:val="21"/>
                <w:lang w:eastAsia="ja-JP"/>
              </w:rPr>
            </w:pPr>
            <w:r w:rsidRPr="009F7F67">
              <w:rPr>
                <w:rFonts w:cs="Yu Gothic" w:hint="eastAsia"/>
                <w:szCs w:val="21"/>
                <w:lang w:eastAsia="ja-JP"/>
              </w:rPr>
              <w:t>東京都に支店登記を</w:t>
            </w:r>
            <w:r w:rsidR="00314F18" w:rsidRPr="009F7F67">
              <w:rPr>
                <w:rFonts w:cs="Yu Gothic" w:hint="eastAsia"/>
                <w:szCs w:val="21"/>
                <w:lang w:eastAsia="ja-JP"/>
              </w:rPr>
              <w:t>されていることが前提です。その上で、</w:t>
            </w:r>
            <w:r w:rsidRPr="009F7F67">
              <w:rPr>
                <w:rFonts w:cs="Yu Gothic" w:hint="eastAsia"/>
                <w:szCs w:val="21"/>
                <w:lang w:eastAsia="ja-JP"/>
              </w:rPr>
              <w:t>都税事務所発行の法人事業税納税証明書と法人都民税納税証明書</w:t>
            </w:r>
            <w:r w:rsidR="00314F18" w:rsidRPr="009F7F67">
              <w:rPr>
                <w:rFonts w:cs="Yu Gothic" w:hint="eastAsia"/>
                <w:szCs w:val="21"/>
                <w:lang w:eastAsia="ja-JP"/>
              </w:rPr>
              <w:t>の</w:t>
            </w:r>
            <w:r w:rsidRPr="009F7F67">
              <w:rPr>
                <w:rFonts w:cs="Yu Gothic" w:hint="eastAsia"/>
                <w:szCs w:val="21"/>
                <w:lang w:eastAsia="ja-JP"/>
              </w:rPr>
              <w:t>提出</w:t>
            </w:r>
            <w:r w:rsidR="00314F18" w:rsidRPr="009F7F67">
              <w:rPr>
                <w:rFonts w:cs="Yu Gothic" w:hint="eastAsia"/>
                <w:szCs w:val="21"/>
                <w:lang w:eastAsia="ja-JP"/>
              </w:rPr>
              <w:t>が必要となります</w:t>
            </w:r>
            <w:r w:rsidRPr="009F7F67">
              <w:rPr>
                <w:rFonts w:cs="Yu Gothic" w:hint="eastAsia"/>
                <w:szCs w:val="21"/>
                <w:lang w:eastAsia="ja-JP"/>
              </w:rPr>
              <w:t>。</w:t>
            </w:r>
            <w:r w:rsidR="00314F18" w:rsidRPr="009F7F67">
              <w:rPr>
                <w:rFonts w:cs="Yu Gothic" w:hint="eastAsia"/>
                <w:szCs w:val="21"/>
                <w:lang w:eastAsia="ja-JP"/>
              </w:rPr>
              <w:t>また、東京都内の事業所で実質的に事業を行っていることが必要です。</w:t>
            </w:r>
          </w:p>
          <w:p w14:paraId="1B1E4E1B" w14:textId="12203E0B" w:rsidR="00314F18" w:rsidRPr="009F7F67" w:rsidRDefault="00314F18" w:rsidP="006470CC">
            <w:pPr>
              <w:rPr>
                <w:rFonts w:cs="Yu Gothic"/>
                <w:szCs w:val="21"/>
                <w:lang w:eastAsia="ja-JP"/>
              </w:rPr>
            </w:pPr>
            <w:r w:rsidRPr="009F7F67">
              <w:rPr>
                <w:rFonts w:cs="Yu Gothic" w:hint="eastAsia"/>
                <w:szCs w:val="21"/>
                <w:lang w:eastAsia="ja-JP"/>
              </w:rPr>
              <w:t>実施場所はQ3の通りです。</w:t>
            </w:r>
          </w:p>
        </w:tc>
      </w:tr>
    </w:tbl>
    <w:p w14:paraId="48081742" w14:textId="77777777" w:rsidR="007078BC" w:rsidRDefault="007078BC">
      <w:pPr>
        <w:rPr>
          <w:lang w:eastAsia="ja-JP"/>
        </w:rPr>
      </w:pPr>
    </w:p>
    <w:tbl>
      <w:tblPr>
        <w:tblStyle w:val="afe"/>
        <w:tblW w:w="0" w:type="auto"/>
        <w:tblLook w:val="04A0" w:firstRow="1" w:lastRow="0" w:firstColumn="1" w:lastColumn="0" w:noHBand="0" w:noVBand="1"/>
      </w:tblPr>
      <w:tblGrid>
        <w:gridCol w:w="780"/>
        <w:gridCol w:w="8610"/>
      </w:tblGrid>
      <w:tr w:rsidR="000A5EE1" w14:paraId="5F1E8DA8" w14:textId="77777777" w:rsidTr="009F7F67">
        <w:tc>
          <w:tcPr>
            <w:tcW w:w="780" w:type="dxa"/>
            <w:shd w:val="clear" w:color="auto" w:fill="auto"/>
          </w:tcPr>
          <w:p w14:paraId="27483804" w14:textId="0C99E477" w:rsidR="000A5EE1" w:rsidRDefault="000A5EE1" w:rsidP="006470CC">
            <w:pPr>
              <w:pStyle w:val="18"/>
            </w:pPr>
            <w:r w:rsidRPr="00DE43E5">
              <w:rPr>
                <w:rFonts w:hint="eastAsia"/>
                <w:b/>
                <w:bCs/>
              </w:rPr>
              <w:t>Q</w:t>
            </w:r>
            <w:r>
              <w:rPr>
                <w:rFonts w:hint="eastAsia"/>
                <w:b/>
                <w:bCs/>
              </w:rPr>
              <w:t>5</w:t>
            </w:r>
          </w:p>
        </w:tc>
        <w:tc>
          <w:tcPr>
            <w:tcW w:w="8610" w:type="dxa"/>
            <w:shd w:val="clear" w:color="auto" w:fill="auto"/>
          </w:tcPr>
          <w:p w14:paraId="1899CB72" w14:textId="331A7F1C" w:rsidR="000A5EE1" w:rsidRDefault="000A5EE1" w:rsidP="006470CC">
            <w:pPr>
              <w:rPr>
                <w:lang w:eastAsia="ja-JP"/>
              </w:rPr>
            </w:pPr>
            <w:r>
              <w:rPr>
                <w:rFonts w:cs="Yu Gothic" w:hint="eastAsia"/>
                <w:b/>
                <w:bCs/>
                <w:szCs w:val="21"/>
                <w:lang w:eastAsia="ja-JP"/>
              </w:rPr>
              <w:t>Jグランツと申請書で記載を求められる「本事業を実施する場所」が2ヶ所以上ある場合には、1ヶ所だけの記載でも良いのでしょうか。</w:t>
            </w:r>
          </w:p>
        </w:tc>
      </w:tr>
      <w:tr w:rsidR="000A5EE1" w:rsidRPr="00596CF9" w14:paraId="3AD022AB" w14:textId="77777777" w:rsidTr="009F7F67">
        <w:tc>
          <w:tcPr>
            <w:tcW w:w="780" w:type="dxa"/>
            <w:shd w:val="clear" w:color="auto" w:fill="auto"/>
          </w:tcPr>
          <w:p w14:paraId="322D5D8B" w14:textId="56BCDAA4" w:rsidR="000A5EE1" w:rsidRDefault="000A5EE1" w:rsidP="006470CC">
            <w:pPr>
              <w:pStyle w:val="18"/>
            </w:pPr>
            <w:r w:rsidRPr="00F7084F">
              <w:rPr>
                <w:rFonts w:hint="eastAsia"/>
              </w:rPr>
              <w:t>A</w:t>
            </w:r>
            <w:r>
              <w:rPr>
                <w:rFonts w:hint="eastAsia"/>
              </w:rPr>
              <w:t>5</w:t>
            </w:r>
          </w:p>
        </w:tc>
        <w:tc>
          <w:tcPr>
            <w:tcW w:w="8610" w:type="dxa"/>
            <w:shd w:val="clear" w:color="auto" w:fill="auto"/>
          </w:tcPr>
          <w:p w14:paraId="116A6C79" w14:textId="4B91F3D2" w:rsidR="000A5EE1" w:rsidRPr="00596CF9" w:rsidRDefault="00C54F44" w:rsidP="00C54F44">
            <w:pPr>
              <w:rPr>
                <w:rFonts w:cs="Yu Gothic"/>
                <w:szCs w:val="21"/>
                <w:lang w:eastAsia="ja-JP"/>
              </w:rPr>
            </w:pPr>
            <w:r>
              <w:rPr>
                <w:rFonts w:cs="Yu Gothic" w:hint="eastAsia"/>
                <w:szCs w:val="21"/>
                <w:lang w:eastAsia="ja-JP"/>
              </w:rPr>
              <w:t>申請書</w:t>
            </w:r>
            <w:r w:rsidR="009F7F67">
              <w:rPr>
                <w:rFonts w:cs="Yu Gothic" w:hint="eastAsia"/>
                <w:szCs w:val="21"/>
                <w:lang w:eastAsia="ja-JP"/>
              </w:rPr>
              <w:t>に</w:t>
            </w:r>
            <w:r>
              <w:rPr>
                <w:rFonts w:cs="Yu Gothic" w:hint="eastAsia"/>
                <w:szCs w:val="21"/>
                <w:lang w:eastAsia="ja-JP"/>
              </w:rPr>
              <w:t>は</w:t>
            </w:r>
            <w:r w:rsidR="009F7F67">
              <w:rPr>
                <w:rFonts w:cs="Yu Gothic" w:hint="eastAsia"/>
                <w:szCs w:val="21"/>
                <w:lang w:eastAsia="ja-JP"/>
              </w:rPr>
              <w:t>、</w:t>
            </w:r>
            <w:r>
              <w:rPr>
                <w:rFonts w:cs="Yu Gothic" w:hint="eastAsia"/>
                <w:szCs w:val="21"/>
                <w:lang w:eastAsia="ja-JP"/>
              </w:rPr>
              <w:t>主たる実施場所を</w:t>
            </w:r>
            <w:r w:rsidR="000A5EE1">
              <w:rPr>
                <w:rFonts w:cs="Yu Gothic" w:hint="eastAsia"/>
                <w:szCs w:val="21"/>
                <w:lang w:eastAsia="ja-JP"/>
              </w:rPr>
              <w:t>1ヶ所</w:t>
            </w:r>
            <w:r>
              <w:rPr>
                <w:rFonts w:cs="Yu Gothic" w:hint="eastAsia"/>
                <w:szCs w:val="21"/>
                <w:lang w:eastAsia="ja-JP"/>
              </w:rPr>
              <w:t>ご</w:t>
            </w:r>
            <w:r w:rsidR="009F7F67">
              <w:rPr>
                <w:rFonts w:cs="Yu Gothic" w:hint="eastAsia"/>
                <w:szCs w:val="21"/>
                <w:lang w:eastAsia="ja-JP"/>
              </w:rPr>
              <w:t>記載</w:t>
            </w:r>
            <w:r>
              <w:rPr>
                <w:rFonts w:cs="Yu Gothic" w:hint="eastAsia"/>
                <w:szCs w:val="21"/>
                <w:lang w:eastAsia="ja-JP"/>
              </w:rPr>
              <w:t>ください</w:t>
            </w:r>
            <w:r w:rsidR="000A5EE1">
              <w:rPr>
                <w:rFonts w:cs="Yu Gothic" w:hint="eastAsia"/>
                <w:szCs w:val="21"/>
                <w:lang w:eastAsia="ja-JP"/>
              </w:rPr>
              <w:t>。</w:t>
            </w:r>
            <w:r>
              <w:rPr>
                <w:rFonts w:cs="Yu Gothic" w:hint="eastAsia"/>
                <w:szCs w:val="21"/>
                <w:lang w:eastAsia="ja-JP"/>
              </w:rPr>
              <w:t>完了検査（</w:t>
            </w:r>
            <w:r w:rsidRPr="00C54F44">
              <w:rPr>
                <w:rFonts w:cs="Yu Gothic" w:hint="eastAsia"/>
                <w:szCs w:val="21"/>
                <w:lang w:eastAsia="ja-JP"/>
              </w:rPr>
              <w:t>助成事業における購入品や成果物等、支払いに係る経理関係書類</w:t>
            </w:r>
            <w:r>
              <w:rPr>
                <w:rFonts w:cs="Yu Gothic" w:hint="eastAsia"/>
                <w:szCs w:val="21"/>
                <w:lang w:eastAsia="ja-JP"/>
              </w:rPr>
              <w:t>等の確認）の実施が</w:t>
            </w:r>
            <w:r w:rsidR="000A5EE1">
              <w:rPr>
                <w:rFonts w:cs="Yu Gothic" w:hint="eastAsia"/>
                <w:szCs w:val="21"/>
                <w:lang w:eastAsia="ja-JP"/>
              </w:rPr>
              <w:t>可能な場所をご記載</w:t>
            </w:r>
            <w:r w:rsidR="009F7F67">
              <w:rPr>
                <w:rFonts w:cs="Yu Gothic" w:hint="eastAsia"/>
                <w:szCs w:val="21"/>
                <w:lang w:eastAsia="ja-JP"/>
              </w:rPr>
              <w:t>い</w:t>
            </w:r>
            <w:r w:rsidR="009F7F67">
              <w:rPr>
                <w:rFonts w:cs="Yu Gothic" w:hint="eastAsia"/>
                <w:szCs w:val="21"/>
                <w:lang w:eastAsia="ja-JP"/>
              </w:rPr>
              <w:lastRenderedPageBreak/>
              <w:t>ただくようお願いいたします</w:t>
            </w:r>
            <w:r w:rsidR="000A5EE1">
              <w:rPr>
                <w:rFonts w:cs="Yu Gothic" w:hint="eastAsia"/>
                <w:szCs w:val="21"/>
                <w:lang w:eastAsia="ja-JP"/>
              </w:rPr>
              <w:t>。</w:t>
            </w:r>
            <w:r w:rsidRPr="00C54F44">
              <w:rPr>
                <w:rFonts w:cs="Yu Gothic" w:hint="eastAsia"/>
                <w:szCs w:val="21"/>
                <w:lang w:eastAsia="ja-JP"/>
              </w:rPr>
              <w:t>実施場所が複数ある場合は、任意の様式に全ての実施場所を記入してご提出ください。</w:t>
            </w:r>
          </w:p>
        </w:tc>
      </w:tr>
    </w:tbl>
    <w:p w14:paraId="10DA71B0" w14:textId="77777777" w:rsidR="000A5EE1" w:rsidRDefault="000A5EE1">
      <w:pPr>
        <w:rPr>
          <w:lang w:eastAsia="ja-JP"/>
        </w:rPr>
      </w:pPr>
    </w:p>
    <w:tbl>
      <w:tblPr>
        <w:tblStyle w:val="afe"/>
        <w:tblW w:w="0" w:type="auto"/>
        <w:tblLook w:val="04A0" w:firstRow="1" w:lastRow="0" w:firstColumn="1" w:lastColumn="0" w:noHBand="0" w:noVBand="1"/>
      </w:tblPr>
      <w:tblGrid>
        <w:gridCol w:w="780"/>
        <w:gridCol w:w="8610"/>
      </w:tblGrid>
      <w:tr w:rsidR="02043E38" w14:paraId="1A614D03" w14:textId="77777777" w:rsidTr="02043E38">
        <w:tc>
          <w:tcPr>
            <w:tcW w:w="780" w:type="dxa"/>
          </w:tcPr>
          <w:p w14:paraId="0299E795" w14:textId="3BFEAE4B" w:rsidR="02043E38" w:rsidRDefault="00BD2A92" w:rsidP="00BD2A92">
            <w:pPr>
              <w:pStyle w:val="18"/>
            </w:pPr>
            <w:r w:rsidRPr="00BD2A92">
              <w:rPr>
                <w:rFonts w:hint="eastAsia"/>
                <w:b/>
                <w:bCs/>
              </w:rPr>
              <w:t>Q</w:t>
            </w:r>
            <w:r w:rsidR="000A5EE1">
              <w:rPr>
                <w:rFonts w:hint="eastAsia"/>
                <w:b/>
                <w:bCs/>
              </w:rPr>
              <w:t>6</w:t>
            </w:r>
          </w:p>
        </w:tc>
        <w:tc>
          <w:tcPr>
            <w:tcW w:w="8610" w:type="dxa"/>
          </w:tcPr>
          <w:p w14:paraId="76B21B51" w14:textId="2D43A084" w:rsidR="02043E38" w:rsidRDefault="02043E38" w:rsidP="02043E38">
            <w:pPr>
              <w:rPr>
                <w:lang w:eastAsia="ja-JP"/>
              </w:rPr>
            </w:pPr>
            <w:r w:rsidRPr="02043E38">
              <w:rPr>
                <w:rFonts w:cs="Yu Gothic"/>
                <w:b/>
                <w:bCs/>
                <w:szCs w:val="21"/>
                <w:lang w:eastAsia="ja-JP"/>
              </w:rPr>
              <w:t>「次期決算期の営業利益率が減少見込み」で申請する場合、どのような資料が必要ですか。</w:t>
            </w:r>
          </w:p>
        </w:tc>
      </w:tr>
      <w:tr w:rsidR="02043E38" w14:paraId="41A59F37" w14:textId="77777777" w:rsidTr="02043E38">
        <w:tc>
          <w:tcPr>
            <w:tcW w:w="780" w:type="dxa"/>
          </w:tcPr>
          <w:p w14:paraId="5AF1CD05" w14:textId="40729099" w:rsidR="02043E38" w:rsidRDefault="0099404B" w:rsidP="0099404B">
            <w:pPr>
              <w:pStyle w:val="18"/>
            </w:pPr>
            <w:r w:rsidRPr="0099404B">
              <w:rPr>
                <w:rFonts w:hint="eastAsia"/>
              </w:rPr>
              <w:t>A</w:t>
            </w:r>
            <w:r w:rsidR="000A5EE1">
              <w:rPr>
                <w:rFonts w:hint="eastAsia"/>
              </w:rPr>
              <w:t>6</w:t>
            </w:r>
          </w:p>
        </w:tc>
        <w:tc>
          <w:tcPr>
            <w:tcW w:w="8610" w:type="dxa"/>
          </w:tcPr>
          <w:p w14:paraId="73CEDBA0" w14:textId="30A2D1E0" w:rsidR="02043E38" w:rsidRDefault="0069199A" w:rsidP="02043E38">
            <w:pPr>
              <w:rPr>
                <w:lang w:eastAsia="ja-JP"/>
              </w:rPr>
            </w:pPr>
            <w:r>
              <w:rPr>
                <w:rFonts w:cs="Yu Gothic" w:hint="eastAsia"/>
                <w:szCs w:val="21"/>
                <w:lang w:eastAsia="ja-JP"/>
              </w:rPr>
              <w:t>直近</w:t>
            </w:r>
            <w:r w:rsidR="02043E38" w:rsidRPr="02043E38">
              <w:rPr>
                <w:rFonts w:cs="Yu Gothic"/>
                <w:szCs w:val="21"/>
                <w:lang w:eastAsia="ja-JP"/>
              </w:rPr>
              <w:t>決算書に加え、次期決算期の見込みの根拠となる月次試算表等の提出が必要です。申請書に記載した売上高や営業利益の算出根拠が確認できるようにしてください。</w:t>
            </w:r>
          </w:p>
        </w:tc>
      </w:tr>
    </w:tbl>
    <w:p w14:paraId="6069554B" w14:textId="77777777" w:rsidR="00002EE7" w:rsidRDefault="00002EE7">
      <w:pPr>
        <w:rPr>
          <w:lang w:eastAsia="ja-JP"/>
        </w:rPr>
      </w:pPr>
    </w:p>
    <w:tbl>
      <w:tblPr>
        <w:tblStyle w:val="afe"/>
        <w:tblW w:w="0" w:type="auto"/>
        <w:tblLook w:val="04A0" w:firstRow="1" w:lastRow="0" w:firstColumn="1" w:lastColumn="0" w:noHBand="0" w:noVBand="1"/>
      </w:tblPr>
      <w:tblGrid>
        <w:gridCol w:w="780"/>
        <w:gridCol w:w="8610"/>
      </w:tblGrid>
      <w:tr w:rsidR="00002EE7" w14:paraId="721521F7" w14:textId="77777777" w:rsidTr="00466117">
        <w:tc>
          <w:tcPr>
            <w:tcW w:w="780" w:type="dxa"/>
            <w:shd w:val="clear" w:color="auto" w:fill="auto"/>
          </w:tcPr>
          <w:p w14:paraId="34A22F58" w14:textId="71B087D7" w:rsidR="00002EE7" w:rsidRDefault="00002EE7" w:rsidP="006470CC">
            <w:pPr>
              <w:pStyle w:val="18"/>
            </w:pPr>
            <w:r w:rsidRPr="00DE43E5">
              <w:rPr>
                <w:rFonts w:hint="eastAsia"/>
                <w:b/>
                <w:bCs/>
              </w:rPr>
              <w:t>Q</w:t>
            </w:r>
            <w:r w:rsidR="000A5EE1">
              <w:rPr>
                <w:rFonts w:hint="eastAsia"/>
                <w:b/>
                <w:bCs/>
              </w:rPr>
              <w:t>7</w:t>
            </w:r>
          </w:p>
        </w:tc>
        <w:tc>
          <w:tcPr>
            <w:tcW w:w="8610" w:type="dxa"/>
            <w:shd w:val="clear" w:color="auto" w:fill="auto"/>
          </w:tcPr>
          <w:p w14:paraId="4CFF1D55" w14:textId="6D8F8FAF" w:rsidR="00002EE7" w:rsidRDefault="00002EE7" w:rsidP="006470CC">
            <w:pPr>
              <w:rPr>
                <w:lang w:eastAsia="ja-JP"/>
              </w:rPr>
            </w:pPr>
            <w:r>
              <w:rPr>
                <w:rFonts w:cs="Yu Gothic" w:hint="eastAsia"/>
                <w:b/>
                <w:bCs/>
                <w:szCs w:val="21"/>
                <w:lang w:eastAsia="ja-JP"/>
              </w:rPr>
              <w:t>決算報告書を作成中のため、直近の年度の損益計算書が出せないのですが、どの書類を出せばいいでしょうか。</w:t>
            </w:r>
          </w:p>
        </w:tc>
      </w:tr>
      <w:tr w:rsidR="00002EE7" w14:paraId="38F80047" w14:textId="77777777" w:rsidTr="006470CC">
        <w:tc>
          <w:tcPr>
            <w:tcW w:w="780" w:type="dxa"/>
          </w:tcPr>
          <w:p w14:paraId="2FC4E3A3" w14:textId="78C7CB6C" w:rsidR="00002EE7" w:rsidRDefault="00002EE7" w:rsidP="006470CC">
            <w:pPr>
              <w:pStyle w:val="18"/>
            </w:pPr>
            <w:r w:rsidRPr="00F7084F">
              <w:rPr>
                <w:rFonts w:hint="eastAsia"/>
              </w:rPr>
              <w:t>A</w:t>
            </w:r>
            <w:r w:rsidR="000A5EE1">
              <w:rPr>
                <w:rFonts w:hint="eastAsia"/>
              </w:rPr>
              <w:t>7</w:t>
            </w:r>
          </w:p>
        </w:tc>
        <w:tc>
          <w:tcPr>
            <w:tcW w:w="8610" w:type="dxa"/>
          </w:tcPr>
          <w:p w14:paraId="2F5DB510" w14:textId="7FEA62BC" w:rsidR="00002EE7" w:rsidRPr="009B204A" w:rsidRDefault="00002EE7" w:rsidP="006470CC">
            <w:pPr>
              <w:rPr>
                <w:rFonts w:cs="Yu Gothic"/>
                <w:szCs w:val="21"/>
                <w:lang w:eastAsia="ja-JP"/>
              </w:rPr>
            </w:pPr>
            <w:r>
              <w:rPr>
                <w:rFonts w:cs="Yu Gothic" w:hint="eastAsia"/>
                <w:szCs w:val="21"/>
                <w:lang w:eastAsia="ja-JP"/>
              </w:rPr>
              <w:t>直近の決算書類として、前年度の決算書（損益計算書）をご提出ください。</w:t>
            </w:r>
          </w:p>
        </w:tc>
      </w:tr>
    </w:tbl>
    <w:p w14:paraId="694D230A" w14:textId="77777777" w:rsidR="00002EE7" w:rsidRDefault="00002EE7">
      <w:pPr>
        <w:rPr>
          <w:lang w:eastAsia="ja-JP"/>
        </w:rPr>
      </w:pPr>
    </w:p>
    <w:tbl>
      <w:tblPr>
        <w:tblStyle w:val="afe"/>
        <w:tblW w:w="0" w:type="auto"/>
        <w:tblLook w:val="04A0" w:firstRow="1" w:lastRow="0" w:firstColumn="1" w:lastColumn="0" w:noHBand="0" w:noVBand="1"/>
      </w:tblPr>
      <w:tblGrid>
        <w:gridCol w:w="780"/>
        <w:gridCol w:w="8610"/>
      </w:tblGrid>
      <w:tr w:rsidR="02043E38" w14:paraId="3804868A" w14:textId="77777777" w:rsidTr="02043E38">
        <w:tc>
          <w:tcPr>
            <w:tcW w:w="780" w:type="dxa"/>
          </w:tcPr>
          <w:p w14:paraId="5649B601" w14:textId="0591C93D" w:rsidR="02043E38" w:rsidRDefault="00A87DEF" w:rsidP="00A87DEF">
            <w:pPr>
              <w:pStyle w:val="18"/>
            </w:pPr>
            <w:r w:rsidRPr="00A87DEF">
              <w:rPr>
                <w:rFonts w:hint="eastAsia"/>
                <w:b/>
                <w:bCs/>
              </w:rPr>
              <w:t>Q</w:t>
            </w:r>
            <w:r w:rsidR="00466117">
              <w:rPr>
                <w:rFonts w:hint="eastAsia"/>
                <w:b/>
                <w:bCs/>
              </w:rPr>
              <w:t>8</w:t>
            </w:r>
          </w:p>
        </w:tc>
        <w:tc>
          <w:tcPr>
            <w:tcW w:w="8610" w:type="dxa"/>
          </w:tcPr>
          <w:p w14:paraId="2DB9B819" w14:textId="508AC440" w:rsidR="02043E38" w:rsidRDefault="02043E38" w:rsidP="02043E38">
            <w:pPr>
              <w:rPr>
                <w:lang w:eastAsia="ja-JP"/>
              </w:rPr>
            </w:pPr>
            <w:r w:rsidRPr="02043E38">
              <w:rPr>
                <w:rFonts w:cs="Yu Gothic"/>
                <w:b/>
                <w:bCs/>
                <w:szCs w:val="21"/>
                <w:lang w:eastAsia="ja-JP"/>
              </w:rPr>
              <w:t>見積書は何社分必要ですか。</w:t>
            </w:r>
          </w:p>
        </w:tc>
      </w:tr>
      <w:tr w:rsidR="02043E38" w14:paraId="7FB0D88E" w14:textId="77777777" w:rsidTr="02043E38">
        <w:tc>
          <w:tcPr>
            <w:tcW w:w="780" w:type="dxa"/>
          </w:tcPr>
          <w:p w14:paraId="65F2B355" w14:textId="7946211A" w:rsidR="02043E38" w:rsidRDefault="00245B04" w:rsidP="00245B04">
            <w:pPr>
              <w:pStyle w:val="18"/>
            </w:pPr>
            <w:r w:rsidRPr="00245B04">
              <w:rPr>
                <w:rFonts w:hint="eastAsia"/>
              </w:rPr>
              <w:t>A</w:t>
            </w:r>
            <w:r w:rsidR="00466117">
              <w:rPr>
                <w:rFonts w:hint="eastAsia"/>
              </w:rPr>
              <w:t>8</w:t>
            </w:r>
          </w:p>
        </w:tc>
        <w:tc>
          <w:tcPr>
            <w:tcW w:w="8610" w:type="dxa"/>
          </w:tcPr>
          <w:p w14:paraId="34FCA65F" w14:textId="19ACEEB2" w:rsidR="02043E38" w:rsidRDefault="02043E38" w:rsidP="02043E38">
            <w:pPr>
              <w:rPr>
                <w:lang w:eastAsia="ja-JP"/>
              </w:rPr>
            </w:pPr>
            <w:r w:rsidRPr="02043E38">
              <w:rPr>
                <w:rFonts w:cs="Yu Gothic"/>
                <w:szCs w:val="21"/>
                <w:lang w:eastAsia="ja-JP"/>
              </w:rPr>
              <w:t>一契約あたり税抜100万円以上の申請経費については、原則として2社以上の見積書（相見積）の提出が必要です。取得できない場合は、見積限定理由書等により、相見積を取得できない理由を示してください。</w:t>
            </w:r>
          </w:p>
        </w:tc>
      </w:tr>
    </w:tbl>
    <w:p w14:paraId="53C03F29" w14:textId="77777777" w:rsidR="000A5EE1" w:rsidRDefault="000A5EE1">
      <w:pPr>
        <w:rPr>
          <w:lang w:eastAsia="ja-JP"/>
        </w:rPr>
      </w:pPr>
    </w:p>
    <w:tbl>
      <w:tblPr>
        <w:tblStyle w:val="afe"/>
        <w:tblW w:w="0" w:type="auto"/>
        <w:tblLook w:val="04A0" w:firstRow="1" w:lastRow="0" w:firstColumn="1" w:lastColumn="0" w:noHBand="0" w:noVBand="1"/>
      </w:tblPr>
      <w:tblGrid>
        <w:gridCol w:w="780"/>
        <w:gridCol w:w="8610"/>
      </w:tblGrid>
      <w:tr w:rsidR="00002EE7" w14:paraId="41652F94" w14:textId="77777777" w:rsidTr="00466117">
        <w:tc>
          <w:tcPr>
            <w:tcW w:w="780" w:type="dxa"/>
            <w:shd w:val="clear" w:color="auto" w:fill="auto"/>
          </w:tcPr>
          <w:p w14:paraId="44CD48B8" w14:textId="7C8AE8B2" w:rsidR="00002EE7" w:rsidRPr="00466117" w:rsidRDefault="00002EE7" w:rsidP="006470CC">
            <w:pPr>
              <w:pStyle w:val="18"/>
            </w:pPr>
            <w:r w:rsidRPr="00466117">
              <w:rPr>
                <w:rFonts w:hint="eastAsia"/>
                <w:b/>
                <w:bCs/>
              </w:rPr>
              <w:t>Q</w:t>
            </w:r>
            <w:r w:rsidR="00466117" w:rsidRPr="00466117">
              <w:rPr>
                <w:rFonts w:hint="eastAsia"/>
                <w:b/>
                <w:bCs/>
              </w:rPr>
              <w:t>9</w:t>
            </w:r>
          </w:p>
        </w:tc>
        <w:tc>
          <w:tcPr>
            <w:tcW w:w="8610" w:type="dxa"/>
            <w:shd w:val="clear" w:color="auto" w:fill="auto"/>
          </w:tcPr>
          <w:p w14:paraId="126B81F4" w14:textId="02A5EA88" w:rsidR="00002EE7" w:rsidRPr="00466117" w:rsidRDefault="00002EE7" w:rsidP="006470CC">
            <w:pPr>
              <w:rPr>
                <w:lang w:eastAsia="ja-JP"/>
              </w:rPr>
            </w:pPr>
            <w:r w:rsidRPr="00466117">
              <w:rPr>
                <w:rFonts w:cs="Yu Gothic" w:hint="eastAsia"/>
                <w:b/>
                <w:bCs/>
                <w:szCs w:val="21"/>
                <w:lang w:eastAsia="ja-JP"/>
              </w:rPr>
              <w:t>今回の申請に間に合わせると、見積有効期限が採択・不採択発表の時期ギリギリになってしまうので、申請時点での見積よりも、助成対象期間内の見積を提出した方がいいですか？</w:t>
            </w:r>
          </w:p>
        </w:tc>
      </w:tr>
      <w:tr w:rsidR="00002EE7" w:rsidRPr="00596CF9" w14:paraId="4F48C852" w14:textId="77777777" w:rsidTr="006470CC">
        <w:tc>
          <w:tcPr>
            <w:tcW w:w="780" w:type="dxa"/>
          </w:tcPr>
          <w:p w14:paraId="61DF149C" w14:textId="4429588B" w:rsidR="00002EE7" w:rsidRDefault="00002EE7" w:rsidP="006470CC">
            <w:pPr>
              <w:pStyle w:val="18"/>
            </w:pPr>
            <w:r w:rsidRPr="00F7084F">
              <w:rPr>
                <w:rFonts w:hint="eastAsia"/>
              </w:rPr>
              <w:t>A</w:t>
            </w:r>
            <w:r w:rsidR="00466117">
              <w:rPr>
                <w:rFonts w:hint="eastAsia"/>
              </w:rPr>
              <w:t>9</w:t>
            </w:r>
          </w:p>
        </w:tc>
        <w:tc>
          <w:tcPr>
            <w:tcW w:w="8610" w:type="dxa"/>
          </w:tcPr>
          <w:p w14:paraId="46268854" w14:textId="5DDABD6E" w:rsidR="00002EE7" w:rsidRPr="00596CF9" w:rsidRDefault="00FB4A4B" w:rsidP="006470CC">
            <w:pPr>
              <w:rPr>
                <w:rFonts w:cs="Yu Gothic"/>
                <w:szCs w:val="21"/>
                <w:lang w:eastAsia="ja-JP"/>
              </w:rPr>
            </w:pPr>
            <w:r>
              <w:rPr>
                <w:rFonts w:cs="Yu Gothic" w:hint="eastAsia"/>
                <w:szCs w:val="21"/>
                <w:lang w:eastAsia="ja-JP"/>
              </w:rPr>
              <w:t>申請時点で、</w:t>
            </w:r>
            <w:r w:rsidRPr="00FB4A4B">
              <w:rPr>
                <w:rFonts w:cs="Yu Gothic" w:hint="eastAsia"/>
                <w:szCs w:val="21"/>
                <w:lang w:eastAsia="ja-JP"/>
              </w:rPr>
              <w:t>発行後３ヶ月以内の</w:t>
            </w:r>
            <w:r>
              <w:rPr>
                <w:rFonts w:cs="Yu Gothic" w:hint="eastAsia"/>
                <w:szCs w:val="21"/>
                <w:lang w:eastAsia="ja-JP"/>
              </w:rPr>
              <w:t>見積書をご提出ください。</w:t>
            </w:r>
          </w:p>
        </w:tc>
      </w:tr>
    </w:tbl>
    <w:p w14:paraId="7A5FB5C5" w14:textId="77777777" w:rsidR="00002EE7" w:rsidRDefault="00002EE7">
      <w:pPr>
        <w:rPr>
          <w:lang w:eastAsia="ja-JP"/>
        </w:rPr>
      </w:pPr>
    </w:p>
    <w:tbl>
      <w:tblPr>
        <w:tblStyle w:val="afe"/>
        <w:tblW w:w="0" w:type="auto"/>
        <w:tblLook w:val="04A0" w:firstRow="1" w:lastRow="0" w:firstColumn="1" w:lastColumn="0" w:noHBand="0" w:noVBand="1"/>
      </w:tblPr>
      <w:tblGrid>
        <w:gridCol w:w="780"/>
        <w:gridCol w:w="8610"/>
      </w:tblGrid>
      <w:tr w:rsidR="02043E38" w14:paraId="7A94E1F0" w14:textId="77777777" w:rsidTr="02043E38">
        <w:tc>
          <w:tcPr>
            <w:tcW w:w="780" w:type="dxa"/>
          </w:tcPr>
          <w:p w14:paraId="36ECD6A0" w14:textId="30C452F8" w:rsidR="02043E38" w:rsidRDefault="00A2694E" w:rsidP="00A2694E">
            <w:pPr>
              <w:pStyle w:val="18"/>
            </w:pPr>
            <w:r w:rsidRPr="00A2694E">
              <w:rPr>
                <w:rFonts w:hint="eastAsia"/>
                <w:b/>
                <w:bCs/>
              </w:rPr>
              <w:t>Q</w:t>
            </w:r>
            <w:r w:rsidR="000A5EE1">
              <w:rPr>
                <w:rFonts w:hint="eastAsia"/>
                <w:b/>
                <w:bCs/>
              </w:rPr>
              <w:t>1</w:t>
            </w:r>
            <w:r w:rsidR="00466117">
              <w:rPr>
                <w:rFonts w:hint="eastAsia"/>
                <w:b/>
                <w:bCs/>
              </w:rPr>
              <w:t>0</w:t>
            </w:r>
          </w:p>
        </w:tc>
        <w:tc>
          <w:tcPr>
            <w:tcW w:w="8610" w:type="dxa"/>
          </w:tcPr>
          <w:p w14:paraId="529FE606" w14:textId="03A91B92" w:rsidR="02043E38" w:rsidRDefault="02043E38" w:rsidP="02043E38">
            <w:pPr>
              <w:rPr>
                <w:lang w:eastAsia="ja-JP"/>
              </w:rPr>
            </w:pPr>
            <w:r w:rsidRPr="02043E38">
              <w:rPr>
                <w:rFonts w:cs="Yu Gothic"/>
                <w:b/>
                <w:bCs/>
                <w:szCs w:val="21"/>
                <w:lang w:eastAsia="ja-JP"/>
              </w:rPr>
              <w:t>既に発注・契約したものは対象になりますか。</w:t>
            </w:r>
          </w:p>
        </w:tc>
      </w:tr>
      <w:tr w:rsidR="02043E38" w14:paraId="317668E4" w14:textId="77777777" w:rsidTr="02043E38">
        <w:tc>
          <w:tcPr>
            <w:tcW w:w="780" w:type="dxa"/>
          </w:tcPr>
          <w:p w14:paraId="4CED2890" w14:textId="3617DEB9" w:rsidR="02043E38" w:rsidRDefault="003D42BC" w:rsidP="003D42BC">
            <w:pPr>
              <w:pStyle w:val="18"/>
            </w:pPr>
            <w:r w:rsidRPr="003D42BC">
              <w:rPr>
                <w:rFonts w:hint="eastAsia"/>
              </w:rPr>
              <w:t>A</w:t>
            </w:r>
            <w:r w:rsidR="000A5EE1">
              <w:rPr>
                <w:rFonts w:hint="eastAsia"/>
              </w:rPr>
              <w:t>1</w:t>
            </w:r>
            <w:r w:rsidR="00466117">
              <w:rPr>
                <w:rFonts w:hint="eastAsia"/>
              </w:rPr>
              <w:t>0</w:t>
            </w:r>
          </w:p>
        </w:tc>
        <w:tc>
          <w:tcPr>
            <w:tcW w:w="8610" w:type="dxa"/>
          </w:tcPr>
          <w:p w14:paraId="16322F84" w14:textId="4B9134A4" w:rsidR="02043E38" w:rsidRDefault="02043E38" w:rsidP="02043E38">
            <w:pPr>
              <w:rPr>
                <w:lang w:eastAsia="ja-JP"/>
              </w:rPr>
            </w:pPr>
            <w:r w:rsidRPr="02043E38">
              <w:rPr>
                <w:rFonts w:cs="Yu Gothic"/>
                <w:szCs w:val="21"/>
                <w:lang w:eastAsia="ja-JP"/>
              </w:rPr>
              <w:t>交付決定前に発注、契約、購入等を行った経費は対象になりません。助成対象期間内に契約、実施、支払まで完了する必要があります。</w:t>
            </w:r>
          </w:p>
        </w:tc>
      </w:tr>
    </w:tbl>
    <w:p w14:paraId="212D486C" w14:textId="77777777" w:rsidR="000A5EE1" w:rsidRDefault="000A5EE1">
      <w:pPr>
        <w:rPr>
          <w:lang w:eastAsia="ja-JP"/>
        </w:rPr>
      </w:pPr>
    </w:p>
    <w:tbl>
      <w:tblPr>
        <w:tblStyle w:val="afe"/>
        <w:tblW w:w="0" w:type="auto"/>
        <w:tblLook w:val="04A0" w:firstRow="1" w:lastRow="0" w:firstColumn="1" w:lastColumn="0" w:noHBand="0" w:noVBand="1"/>
      </w:tblPr>
      <w:tblGrid>
        <w:gridCol w:w="780"/>
        <w:gridCol w:w="8610"/>
      </w:tblGrid>
      <w:tr w:rsidR="02043E38" w14:paraId="744256D5" w14:textId="77777777" w:rsidTr="02043E38">
        <w:tc>
          <w:tcPr>
            <w:tcW w:w="780" w:type="dxa"/>
          </w:tcPr>
          <w:p w14:paraId="6C718A8E" w14:textId="22B3DCEF" w:rsidR="02043E38" w:rsidRDefault="00044A1F" w:rsidP="00044A1F">
            <w:pPr>
              <w:pStyle w:val="18"/>
            </w:pPr>
            <w:r w:rsidRPr="00044A1F">
              <w:rPr>
                <w:rFonts w:hint="eastAsia"/>
                <w:b/>
                <w:bCs/>
              </w:rPr>
              <w:t>Q</w:t>
            </w:r>
            <w:r w:rsidR="000A5EE1">
              <w:rPr>
                <w:rFonts w:hint="eastAsia"/>
                <w:b/>
                <w:bCs/>
              </w:rPr>
              <w:t>1</w:t>
            </w:r>
            <w:r w:rsidR="00466117">
              <w:rPr>
                <w:rFonts w:hint="eastAsia"/>
                <w:b/>
                <w:bCs/>
              </w:rPr>
              <w:t>1</w:t>
            </w:r>
          </w:p>
        </w:tc>
        <w:tc>
          <w:tcPr>
            <w:tcW w:w="8610" w:type="dxa"/>
          </w:tcPr>
          <w:p w14:paraId="0778E3B3" w14:textId="36443B60" w:rsidR="02043E38" w:rsidRDefault="02043E38" w:rsidP="02043E38">
            <w:pPr>
              <w:rPr>
                <w:lang w:eastAsia="ja-JP"/>
              </w:rPr>
            </w:pPr>
            <w:r w:rsidRPr="02043E38">
              <w:rPr>
                <w:rFonts w:cs="Yu Gothic"/>
                <w:b/>
                <w:bCs/>
                <w:szCs w:val="21"/>
                <w:lang w:eastAsia="ja-JP"/>
              </w:rPr>
              <w:t>申請書ExcelはPDFに変換して提出してもよいですか。</w:t>
            </w:r>
          </w:p>
        </w:tc>
      </w:tr>
      <w:tr w:rsidR="02043E38" w14:paraId="6EC1A302" w14:textId="77777777" w:rsidTr="02043E38">
        <w:tc>
          <w:tcPr>
            <w:tcW w:w="780" w:type="dxa"/>
          </w:tcPr>
          <w:p w14:paraId="34FB3C41" w14:textId="513B4764" w:rsidR="02043E38" w:rsidRDefault="007656F0" w:rsidP="007656F0">
            <w:pPr>
              <w:pStyle w:val="18"/>
            </w:pPr>
            <w:r w:rsidRPr="007656F0">
              <w:rPr>
                <w:rFonts w:hint="eastAsia"/>
              </w:rPr>
              <w:t>A</w:t>
            </w:r>
            <w:r w:rsidR="000A5EE1">
              <w:rPr>
                <w:rFonts w:hint="eastAsia"/>
              </w:rPr>
              <w:t>1</w:t>
            </w:r>
            <w:r w:rsidR="00466117">
              <w:rPr>
                <w:rFonts w:hint="eastAsia"/>
              </w:rPr>
              <w:t>1</w:t>
            </w:r>
          </w:p>
        </w:tc>
        <w:tc>
          <w:tcPr>
            <w:tcW w:w="8610" w:type="dxa"/>
          </w:tcPr>
          <w:p w14:paraId="51918FB3" w14:textId="77777777" w:rsidR="00AB3420" w:rsidRDefault="02043E38" w:rsidP="00AB3420">
            <w:pPr>
              <w:rPr>
                <w:rFonts w:cs="Yu Gothic"/>
                <w:szCs w:val="21"/>
                <w:lang w:eastAsia="ja-JP"/>
              </w:rPr>
            </w:pPr>
            <w:r w:rsidRPr="02043E38">
              <w:rPr>
                <w:rFonts w:cs="Yu Gothic"/>
                <w:szCs w:val="21"/>
                <w:lang w:eastAsia="ja-JP"/>
              </w:rPr>
              <w:t>申請書は公社指定のファイル形式のまま提出してください。</w:t>
            </w:r>
          </w:p>
          <w:p w14:paraId="1B9ED98A" w14:textId="05649A59" w:rsidR="02043E38" w:rsidRDefault="02043E38" w:rsidP="00AB3420">
            <w:pPr>
              <w:rPr>
                <w:lang w:eastAsia="ja-JP"/>
              </w:rPr>
            </w:pPr>
            <w:r w:rsidRPr="02043E38">
              <w:rPr>
                <w:rFonts w:cs="Yu Gothic"/>
                <w:szCs w:val="21"/>
                <w:lang w:eastAsia="ja-JP"/>
              </w:rPr>
              <w:t>特に申請書様式はExcel（xlsx形式）のまま提出してください。PDFに変換</w:t>
            </w:r>
            <w:r w:rsidR="00AB3420">
              <w:rPr>
                <w:rFonts w:cs="Yu Gothic" w:hint="eastAsia"/>
                <w:szCs w:val="21"/>
                <w:lang w:eastAsia="ja-JP"/>
              </w:rPr>
              <w:t>して提出があった場合は、</w:t>
            </w:r>
            <w:r w:rsidR="00AB3420" w:rsidRPr="00AB3420">
              <w:rPr>
                <w:rFonts w:cs="Yu Gothic"/>
                <w:szCs w:val="21"/>
                <w:lang w:eastAsia="ja-JP"/>
              </w:rPr>
              <w:t>Excel（xlsx形式）</w:t>
            </w:r>
            <w:r w:rsidR="00AB3420">
              <w:rPr>
                <w:rFonts w:cs="Yu Gothic" w:hint="eastAsia"/>
                <w:szCs w:val="21"/>
                <w:lang w:eastAsia="ja-JP"/>
              </w:rPr>
              <w:t>で</w:t>
            </w:r>
            <w:r w:rsidRPr="02043E38">
              <w:rPr>
                <w:rFonts w:cs="Yu Gothic"/>
                <w:szCs w:val="21"/>
                <w:lang w:eastAsia="ja-JP"/>
              </w:rPr>
              <w:t>再提出</w:t>
            </w:r>
            <w:r w:rsidR="00AB3420">
              <w:rPr>
                <w:rFonts w:cs="Yu Gothic" w:hint="eastAsia"/>
                <w:szCs w:val="21"/>
                <w:lang w:eastAsia="ja-JP"/>
              </w:rPr>
              <w:t>をいただきます</w:t>
            </w:r>
            <w:r w:rsidRPr="02043E38">
              <w:rPr>
                <w:rFonts w:cs="Yu Gothic"/>
                <w:szCs w:val="21"/>
                <w:lang w:eastAsia="ja-JP"/>
              </w:rPr>
              <w:t>。</w:t>
            </w:r>
          </w:p>
        </w:tc>
      </w:tr>
    </w:tbl>
    <w:p w14:paraId="1EFA640D" w14:textId="77777777" w:rsidR="000A5EE1" w:rsidRDefault="000A5EE1" w:rsidP="000A5EE1">
      <w:pPr>
        <w:rPr>
          <w:lang w:eastAsia="ja-JP"/>
        </w:rPr>
      </w:pPr>
    </w:p>
    <w:p w14:paraId="0378C406" w14:textId="77777777" w:rsidR="00466117" w:rsidRPr="00AB3420" w:rsidRDefault="00466117" w:rsidP="000A5EE1">
      <w:pPr>
        <w:rPr>
          <w:lang w:eastAsia="ja-JP"/>
        </w:rPr>
      </w:pPr>
    </w:p>
    <w:tbl>
      <w:tblPr>
        <w:tblStyle w:val="afe"/>
        <w:tblW w:w="0" w:type="auto"/>
        <w:tblLook w:val="04A0" w:firstRow="1" w:lastRow="0" w:firstColumn="1" w:lastColumn="0" w:noHBand="0" w:noVBand="1"/>
      </w:tblPr>
      <w:tblGrid>
        <w:gridCol w:w="780"/>
        <w:gridCol w:w="8610"/>
      </w:tblGrid>
      <w:tr w:rsidR="000A5EE1" w14:paraId="404C696A" w14:textId="77777777" w:rsidTr="00466117">
        <w:tc>
          <w:tcPr>
            <w:tcW w:w="780" w:type="dxa"/>
            <w:shd w:val="clear" w:color="auto" w:fill="auto"/>
          </w:tcPr>
          <w:p w14:paraId="06DCF7CE" w14:textId="7BD5BC29" w:rsidR="000A5EE1" w:rsidRDefault="000A5EE1" w:rsidP="006470CC">
            <w:pPr>
              <w:pStyle w:val="18"/>
            </w:pPr>
            <w:r w:rsidRPr="00DE43E5">
              <w:rPr>
                <w:rFonts w:hint="eastAsia"/>
                <w:b/>
                <w:bCs/>
              </w:rPr>
              <w:lastRenderedPageBreak/>
              <w:t>Q</w:t>
            </w:r>
            <w:r>
              <w:rPr>
                <w:rFonts w:hint="eastAsia"/>
                <w:b/>
                <w:bCs/>
              </w:rPr>
              <w:t>1</w:t>
            </w:r>
            <w:r w:rsidR="00466117">
              <w:rPr>
                <w:rFonts w:hint="eastAsia"/>
                <w:b/>
                <w:bCs/>
              </w:rPr>
              <w:t>2</w:t>
            </w:r>
          </w:p>
        </w:tc>
        <w:tc>
          <w:tcPr>
            <w:tcW w:w="8610" w:type="dxa"/>
            <w:shd w:val="clear" w:color="auto" w:fill="auto"/>
          </w:tcPr>
          <w:p w14:paraId="661B4C56" w14:textId="6A509F76" w:rsidR="000A5EE1" w:rsidRDefault="000A5EE1" w:rsidP="006470CC">
            <w:pPr>
              <w:rPr>
                <w:lang w:eastAsia="ja-JP"/>
              </w:rPr>
            </w:pPr>
            <w:r>
              <w:rPr>
                <w:rFonts w:cs="Yu Gothic" w:hint="eastAsia"/>
                <w:b/>
                <w:bCs/>
                <w:szCs w:val="21"/>
                <w:lang w:eastAsia="ja-JP"/>
              </w:rPr>
              <w:t>申請書の欄が足りないので、新しくシートを追加してもいいですか。</w:t>
            </w:r>
          </w:p>
        </w:tc>
      </w:tr>
      <w:tr w:rsidR="000A5EE1" w:rsidRPr="00596CF9" w14:paraId="7DD692DD" w14:textId="77777777" w:rsidTr="006470CC">
        <w:tc>
          <w:tcPr>
            <w:tcW w:w="780" w:type="dxa"/>
          </w:tcPr>
          <w:p w14:paraId="4E74F01B" w14:textId="3426B2FD" w:rsidR="000A5EE1" w:rsidRDefault="000A5EE1" w:rsidP="006470CC">
            <w:pPr>
              <w:pStyle w:val="18"/>
            </w:pPr>
            <w:r w:rsidRPr="00F7084F">
              <w:rPr>
                <w:rFonts w:hint="eastAsia"/>
              </w:rPr>
              <w:t>A</w:t>
            </w:r>
            <w:r>
              <w:rPr>
                <w:rFonts w:hint="eastAsia"/>
              </w:rPr>
              <w:t>1</w:t>
            </w:r>
            <w:r w:rsidR="00466117">
              <w:rPr>
                <w:rFonts w:hint="eastAsia"/>
              </w:rPr>
              <w:t>2</w:t>
            </w:r>
          </w:p>
        </w:tc>
        <w:tc>
          <w:tcPr>
            <w:tcW w:w="8610" w:type="dxa"/>
          </w:tcPr>
          <w:p w14:paraId="772C2B86" w14:textId="7F820758" w:rsidR="000A5EE1" w:rsidRDefault="000A5EE1" w:rsidP="006470CC">
            <w:pPr>
              <w:rPr>
                <w:rFonts w:cs="Yu Gothic"/>
                <w:szCs w:val="21"/>
                <w:lang w:eastAsia="ja-JP"/>
              </w:rPr>
            </w:pPr>
            <w:r>
              <w:rPr>
                <w:rFonts w:cs="Yu Gothic" w:hint="eastAsia"/>
                <w:szCs w:val="21"/>
                <w:lang w:eastAsia="ja-JP"/>
              </w:rPr>
              <w:t>申請書の形式に沿って記載してください。</w:t>
            </w:r>
          </w:p>
          <w:p w14:paraId="2097E26F" w14:textId="2A97C891" w:rsidR="0033738F" w:rsidRPr="007078BC" w:rsidRDefault="000A5EE1" w:rsidP="006470CC">
            <w:pPr>
              <w:rPr>
                <w:rFonts w:cs="Yu Gothic"/>
                <w:szCs w:val="21"/>
                <w:lang w:eastAsia="ja-JP"/>
              </w:rPr>
            </w:pPr>
            <w:r>
              <w:rPr>
                <w:rFonts w:cs="Yu Gothic" w:hint="eastAsia"/>
                <w:szCs w:val="21"/>
                <w:lang w:eastAsia="ja-JP"/>
              </w:rPr>
              <w:t>各経費区分シートの「計画書」記載欄などで枠が足りない場合には枠を追加して記載してください。</w:t>
            </w:r>
          </w:p>
        </w:tc>
      </w:tr>
    </w:tbl>
    <w:p w14:paraId="0DD77D9B" w14:textId="77777777" w:rsidR="000A5EE1" w:rsidRDefault="000A5EE1" w:rsidP="00002EE7">
      <w:pPr>
        <w:rPr>
          <w:lang w:eastAsia="ja-JP"/>
        </w:rPr>
      </w:pPr>
    </w:p>
    <w:tbl>
      <w:tblPr>
        <w:tblStyle w:val="afe"/>
        <w:tblW w:w="0" w:type="auto"/>
        <w:tblLook w:val="04A0" w:firstRow="1" w:lastRow="0" w:firstColumn="1" w:lastColumn="0" w:noHBand="0" w:noVBand="1"/>
      </w:tblPr>
      <w:tblGrid>
        <w:gridCol w:w="780"/>
        <w:gridCol w:w="8610"/>
      </w:tblGrid>
      <w:tr w:rsidR="00002EE7" w14:paraId="0AEDACEB" w14:textId="77777777" w:rsidTr="00466117">
        <w:tc>
          <w:tcPr>
            <w:tcW w:w="780" w:type="dxa"/>
            <w:shd w:val="clear" w:color="auto" w:fill="auto"/>
          </w:tcPr>
          <w:p w14:paraId="0396CA53" w14:textId="24F8F3B3" w:rsidR="00002EE7" w:rsidRPr="00466117" w:rsidRDefault="00002EE7" w:rsidP="006470CC">
            <w:pPr>
              <w:pStyle w:val="18"/>
            </w:pPr>
            <w:r w:rsidRPr="00466117">
              <w:rPr>
                <w:rFonts w:hint="eastAsia"/>
                <w:b/>
                <w:bCs/>
              </w:rPr>
              <w:t>Q</w:t>
            </w:r>
            <w:r w:rsidR="000A5EE1" w:rsidRPr="00466117">
              <w:rPr>
                <w:rFonts w:hint="eastAsia"/>
                <w:b/>
                <w:bCs/>
              </w:rPr>
              <w:t>1</w:t>
            </w:r>
            <w:r w:rsidR="00466117" w:rsidRPr="00466117">
              <w:rPr>
                <w:rFonts w:hint="eastAsia"/>
                <w:b/>
                <w:bCs/>
              </w:rPr>
              <w:t>3</w:t>
            </w:r>
          </w:p>
        </w:tc>
        <w:tc>
          <w:tcPr>
            <w:tcW w:w="8610" w:type="dxa"/>
            <w:shd w:val="clear" w:color="auto" w:fill="auto"/>
          </w:tcPr>
          <w:p w14:paraId="4ADC9284" w14:textId="13816DA9" w:rsidR="00002EE7" w:rsidRPr="00466117" w:rsidRDefault="00002EE7" w:rsidP="006470CC">
            <w:pPr>
              <w:rPr>
                <w:lang w:eastAsia="ja-JP"/>
              </w:rPr>
            </w:pPr>
            <w:r w:rsidRPr="00466117">
              <w:rPr>
                <w:rFonts w:cs="Yu Gothic" w:hint="eastAsia"/>
                <w:b/>
                <w:bCs/>
                <w:szCs w:val="21"/>
                <w:lang w:eastAsia="ja-JP"/>
              </w:rPr>
              <w:t>Jグランツで申請</w:t>
            </w:r>
            <w:r w:rsidR="000A5EE1" w:rsidRPr="00466117">
              <w:rPr>
                <w:rFonts w:cs="Yu Gothic" w:hint="eastAsia"/>
                <w:b/>
                <w:bCs/>
                <w:szCs w:val="21"/>
                <w:lang w:eastAsia="ja-JP"/>
              </w:rPr>
              <w:t>済みです。</w:t>
            </w:r>
            <w:r w:rsidRPr="00466117">
              <w:rPr>
                <w:rFonts w:cs="Yu Gothic" w:hint="eastAsia"/>
                <w:b/>
                <w:bCs/>
                <w:szCs w:val="21"/>
                <w:lang w:eastAsia="ja-JP"/>
              </w:rPr>
              <w:t>添付し忘れた資料があるのでメールで送りたいのですが。</w:t>
            </w:r>
          </w:p>
        </w:tc>
      </w:tr>
      <w:tr w:rsidR="00002EE7" w14:paraId="76C8DB09" w14:textId="77777777" w:rsidTr="006470CC">
        <w:tc>
          <w:tcPr>
            <w:tcW w:w="780" w:type="dxa"/>
          </w:tcPr>
          <w:p w14:paraId="5B0F7A7A" w14:textId="13AB8B97" w:rsidR="00002EE7" w:rsidRDefault="00002EE7" w:rsidP="006470CC">
            <w:pPr>
              <w:pStyle w:val="18"/>
            </w:pPr>
            <w:r w:rsidRPr="00F7084F">
              <w:rPr>
                <w:rFonts w:hint="eastAsia"/>
              </w:rPr>
              <w:t>A</w:t>
            </w:r>
            <w:r>
              <w:rPr>
                <w:rFonts w:hint="eastAsia"/>
              </w:rPr>
              <w:t>1</w:t>
            </w:r>
            <w:r w:rsidR="00466117">
              <w:rPr>
                <w:rFonts w:hint="eastAsia"/>
              </w:rPr>
              <w:t>3</w:t>
            </w:r>
          </w:p>
        </w:tc>
        <w:tc>
          <w:tcPr>
            <w:tcW w:w="8610" w:type="dxa"/>
          </w:tcPr>
          <w:p w14:paraId="7BDA829E" w14:textId="1FDE6D4B" w:rsidR="00002EE7" w:rsidRDefault="00002EE7" w:rsidP="006470CC">
            <w:pPr>
              <w:rPr>
                <w:rFonts w:cs="Yu Gothic"/>
                <w:szCs w:val="21"/>
                <w:lang w:eastAsia="ja-JP"/>
              </w:rPr>
            </w:pPr>
            <w:r>
              <w:rPr>
                <w:rFonts w:cs="Yu Gothic" w:hint="eastAsia"/>
                <w:szCs w:val="21"/>
                <w:lang w:eastAsia="ja-JP"/>
              </w:rPr>
              <w:t>申請後</w:t>
            </w:r>
            <w:r w:rsidR="008309D2">
              <w:rPr>
                <w:rFonts w:cs="Yu Gothic" w:hint="eastAsia"/>
                <w:szCs w:val="21"/>
                <w:lang w:eastAsia="ja-JP"/>
              </w:rPr>
              <w:t>は</w:t>
            </w:r>
            <w:r>
              <w:rPr>
                <w:rFonts w:cs="Yu Gothic" w:hint="eastAsia"/>
                <w:szCs w:val="21"/>
                <w:lang w:eastAsia="ja-JP"/>
              </w:rPr>
              <w:t>追加での資料申請は受け付けておりません。</w:t>
            </w:r>
            <w:r w:rsidR="003C3B35">
              <w:rPr>
                <w:rFonts w:cs="Yu Gothic" w:hint="eastAsia"/>
                <w:szCs w:val="21"/>
                <w:lang w:eastAsia="ja-JP"/>
              </w:rPr>
              <w:t>申請前</w:t>
            </w:r>
            <w:r>
              <w:rPr>
                <w:rFonts w:cs="Yu Gothic" w:hint="eastAsia"/>
                <w:szCs w:val="21"/>
                <w:lang w:eastAsia="ja-JP"/>
              </w:rPr>
              <w:t>に書類が揃っているか</w:t>
            </w:r>
            <w:r w:rsidR="003C3B35">
              <w:rPr>
                <w:rFonts w:cs="Yu Gothic" w:hint="eastAsia"/>
                <w:szCs w:val="21"/>
                <w:lang w:eastAsia="ja-JP"/>
              </w:rPr>
              <w:t>必ず</w:t>
            </w:r>
            <w:r>
              <w:rPr>
                <w:rFonts w:cs="Yu Gothic" w:hint="eastAsia"/>
                <w:szCs w:val="21"/>
                <w:lang w:eastAsia="ja-JP"/>
              </w:rPr>
              <w:t>最終確認をお願いいたします。</w:t>
            </w:r>
          </w:p>
          <w:p w14:paraId="08D1E19C" w14:textId="4BE4BA85" w:rsidR="00002EE7" w:rsidRPr="009B204A" w:rsidRDefault="00002EE7" w:rsidP="006470CC">
            <w:pPr>
              <w:rPr>
                <w:rFonts w:cs="Yu Gothic"/>
                <w:szCs w:val="21"/>
                <w:lang w:eastAsia="ja-JP"/>
              </w:rPr>
            </w:pPr>
            <w:r>
              <w:rPr>
                <w:rFonts w:cs="Yu Gothic" w:hint="eastAsia"/>
                <w:szCs w:val="21"/>
                <w:lang w:eastAsia="ja-JP"/>
              </w:rPr>
              <w:t>審査の際、必要があればこちらから再提出を</w:t>
            </w:r>
            <w:r w:rsidR="00AB3420">
              <w:rPr>
                <w:rFonts w:cs="Yu Gothic" w:hint="eastAsia"/>
                <w:szCs w:val="21"/>
                <w:lang w:eastAsia="ja-JP"/>
              </w:rPr>
              <w:t>依頼</w:t>
            </w:r>
            <w:r>
              <w:rPr>
                <w:rFonts w:cs="Yu Gothic" w:hint="eastAsia"/>
                <w:szCs w:val="21"/>
                <w:lang w:eastAsia="ja-JP"/>
              </w:rPr>
              <w:t>いたします。</w:t>
            </w:r>
          </w:p>
        </w:tc>
      </w:tr>
    </w:tbl>
    <w:p w14:paraId="0A1AE9DF" w14:textId="77777777" w:rsidR="00002EE7" w:rsidRPr="00002EE7" w:rsidRDefault="00002EE7">
      <w:pPr>
        <w:rPr>
          <w:lang w:eastAsia="ja-JP"/>
        </w:rPr>
      </w:pPr>
    </w:p>
    <w:tbl>
      <w:tblPr>
        <w:tblStyle w:val="afe"/>
        <w:tblW w:w="0" w:type="auto"/>
        <w:tblLook w:val="04A0" w:firstRow="1" w:lastRow="0" w:firstColumn="1" w:lastColumn="0" w:noHBand="0" w:noVBand="1"/>
      </w:tblPr>
      <w:tblGrid>
        <w:gridCol w:w="780"/>
        <w:gridCol w:w="8610"/>
      </w:tblGrid>
      <w:tr w:rsidR="02043E38" w14:paraId="7ABBC88D" w14:textId="77777777" w:rsidTr="02043E38">
        <w:tc>
          <w:tcPr>
            <w:tcW w:w="780" w:type="dxa"/>
          </w:tcPr>
          <w:p w14:paraId="157111EC" w14:textId="0C79555A" w:rsidR="02043E38" w:rsidRDefault="00DE43E5" w:rsidP="00DE43E5">
            <w:pPr>
              <w:pStyle w:val="18"/>
            </w:pPr>
            <w:r w:rsidRPr="00DE43E5">
              <w:rPr>
                <w:rFonts w:hint="eastAsia"/>
                <w:b/>
                <w:bCs/>
              </w:rPr>
              <w:t>Q</w:t>
            </w:r>
            <w:r w:rsidR="000A5EE1">
              <w:rPr>
                <w:rFonts w:hint="eastAsia"/>
                <w:b/>
                <w:bCs/>
              </w:rPr>
              <w:t>1</w:t>
            </w:r>
            <w:r w:rsidR="00466117">
              <w:rPr>
                <w:rFonts w:hint="eastAsia"/>
                <w:b/>
                <w:bCs/>
              </w:rPr>
              <w:t>4</w:t>
            </w:r>
          </w:p>
        </w:tc>
        <w:tc>
          <w:tcPr>
            <w:tcW w:w="8610" w:type="dxa"/>
          </w:tcPr>
          <w:p w14:paraId="6B31BB6D" w14:textId="44AAC1F6" w:rsidR="02043E38" w:rsidRDefault="02043E38" w:rsidP="02043E38">
            <w:pPr>
              <w:rPr>
                <w:lang w:eastAsia="ja-JP"/>
              </w:rPr>
            </w:pPr>
            <w:r w:rsidRPr="02043E38">
              <w:rPr>
                <w:rFonts w:cs="Yu Gothic"/>
                <w:b/>
                <w:bCs/>
                <w:szCs w:val="21"/>
                <w:lang w:eastAsia="ja-JP"/>
              </w:rPr>
              <w:t>中小企業診断士やコンサルタントが代理で申請できますか。</w:t>
            </w:r>
          </w:p>
        </w:tc>
      </w:tr>
      <w:tr w:rsidR="02043E38" w14:paraId="06340C0B" w14:textId="77777777" w:rsidTr="02043E38">
        <w:tc>
          <w:tcPr>
            <w:tcW w:w="780" w:type="dxa"/>
          </w:tcPr>
          <w:p w14:paraId="23A85500" w14:textId="7E7AE4AE" w:rsidR="02043E38" w:rsidRDefault="00F7084F" w:rsidP="00F7084F">
            <w:pPr>
              <w:pStyle w:val="18"/>
            </w:pPr>
            <w:r w:rsidRPr="00F7084F">
              <w:rPr>
                <w:rFonts w:hint="eastAsia"/>
              </w:rPr>
              <w:t>A</w:t>
            </w:r>
            <w:r w:rsidR="000A5EE1">
              <w:rPr>
                <w:rFonts w:hint="eastAsia"/>
              </w:rPr>
              <w:t>1</w:t>
            </w:r>
            <w:r w:rsidR="00466117">
              <w:rPr>
                <w:rFonts w:hint="eastAsia"/>
              </w:rPr>
              <w:t>4</w:t>
            </w:r>
          </w:p>
        </w:tc>
        <w:tc>
          <w:tcPr>
            <w:tcW w:w="8610" w:type="dxa"/>
          </w:tcPr>
          <w:p w14:paraId="1174E46F" w14:textId="20D4573C" w:rsidR="02043E38" w:rsidRDefault="02043E38" w:rsidP="02043E38">
            <w:pPr>
              <w:rPr>
                <w:rFonts w:cs="Yu Gothic"/>
                <w:szCs w:val="21"/>
                <w:lang w:eastAsia="ja-JP"/>
              </w:rPr>
            </w:pPr>
            <w:r w:rsidRPr="02043E38">
              <w:rPr>
                <w:rFonts w:cs="Yu Gothic"/>
                <w:szCs w:val="21"/>
                <w:lang w:eastAsia="ja-JP"/>
              </w:rPr>
              <w:t>申請内容の確認、電子申請、追加資料への対応等は申請者自身の責任で行ってください。事務局からの連絡にも申請者自身が対応できる体制を整えてください。</w:t>
            </w:r>
          </w:p>
          <w:p w14:paraId="3792CA34" w14:textId="56D91DFA" w:rsidR="00E11C7F" w:rsidRDefault="00E11C7F" w:rsidP="02043E38">
            <w:pPr>
              <w:rPr>
                <w:lang w:eastAsia="ja-JP"/>
              </w:rPr>
            </w:pPr>
            <w:r>
              <w:rPr>
                <w:rFonts w:cs="Yu Gothic" w:hint="eastAsia"/>
                <w:szCs w:val="21"/>
                <w:lang w:eastAsia="ja-JP"/>
              </w:rPr>
              <w:t>詳細は募集要項をご参照ください。</w:t>
            </w:r>
          </w:p>
        </w:tc>
      </w:tr>
    </w:tbl>
    <w:p w14:paraId="61992FD1" w14:textId="77777777" w:rsidR="000A5EE1" w:rsidRDefault="000A5EE1">
      <w:pPr>
        <w:rPr>
          <w:lang w:eastAsia="ja-JP"/>
        </w:rPr>
      </w:pPr>
    </w:p>
    <w:tbl>
      <w:tblPr>
        <w:tblStyle w:val="afe"/>
        <w:tblW w:w="0" w:type="auto"/>
        <w:tblLook w:val="04A0" w:firstRow="1" w:lastRow="0" w:firstColumn="1" w:lastColumn="0" w:noHBand="0" w:noVBand="1"/>
      </w:tblPr>
      <w:tblGrid>
        <w:gridCol w:w="780"/>
        <w:gridCol w:w="8610"/>
      </w:tblGrid>
      <w:tr w:rsidR="00002EE7" w14:paraId="2F1642C8" w14:textId="77777777" w:rsidTr="00466117">
        <w:tc>
          <w:tcPr>
            <w:tcW w:w="780" w:type="dxa"/>
            <w:shd w:val="clear" w:color="auto" w:fill="auto"/>
          </w:tcPr>
          <w:p w14:paraId="04D02F94" w14:textId="6844C9E5" w:rsidR="00002EE7" w:rsidRDefault="00002EE7" w:rsidP="006470CC">
            <w:pPr>
              <w:pStyle w:val="18"/>
            </w:pPr>
            <w:r w:rsidRPr="00DE43E5">
              <w:rPr>
                <w:rFonts w:hint="eastAsia"/>
                <w:b/>
                <w:bCs/>
              </w:rPr>
              <w:t>Q</w:t>
            </w:r>
            <w:r>
              <w:rPr>
                <w:rFonts w:hint="eastAsia"/>
                <w:b/>
                <w:bCs/>
              </w:rPr>
              <w:t>1</w:t>
            </w:r>
            <w:r w:rsidR="00466117">
              <w:rPr>
                <w:rFonts w:hint="eastAsia"/>
                <w:b/>
                <w:bCs/>
              </w:rPr>
              <w:t>5</w:t>
            </w:r>
          </w:p>
        </w:tc>
        <w:tc>
          <w:tcPr>
            <w:tcW w:w="8610" w:type="dxa"/>
            <w:shd w:val="clear" w:color="auto" w:fill="auto"/>
          </w:tcPr>
          <w:p w14:paraId="41BDF2BE" w14:textId="30BF92E9" w:rsidR="00002EE7" w:rsidRDefault="00002EE7" w:rsidP="006470CC">
            <w:pPr>
              <w:rPr>
                <w:lang w:eastAsia="ja-JP"/>
              </w:rPr>
            </w:pPr>
            <w:r>
              <w:rPr>
                <w:rFonts w:cs="Yu Gothic" w:hint="eastAsia"/>
                <w:b/>
                <w:bCs/>
                <w:szCs w:val="21"/>
                <w:lang w:eastAsia="ja-JP"/>
              </w:rPr>
              <w:t>提出期限は９月</w:t>
            </w:r>
            <w:r w:rsidR="00EA625A">
              <w:rPr>
                <w:rFonts w:cs="Yu Gothic" w:hint="eastAsia"/>
                <w:b/>
                <w:bCs/>
                <w:szCs w:val="21"/>
                <w:lang w:eastAsia="ja-JP"/>
              </w:rPr>
              <w:t>30</w:t>
            </w:r>
            <w:r>
              <w:rPr>
                <w:rFonts w:cs="Yu Gothic" w:hint="eastAsia"/>
                <w:b/>
                <w:bCs/>
                <w:szCs w:val="21"/>
                <w:lang w:eastAsia="ja-JP"/>
              </w:rPr>
              <w:t xml:space="preserve">日の何時までですか？　</w:t>
            </w:r>
          </w:p>
        </w:tc>
      </w:tr>
      <w:tr w:rsidR="00002EE7" w14:paraId="51BB6059" w14:textId="77777777" w:rsidTr="006470CC">
        <w:tc>
          <w:tcPr>
            <w:tcW w:w="780" w:type="dxa"/>
          </w:tcPr>
          <w:p w14:paraId="040CD1BF" w14:textId="1510A089" w:rsidR="00002EE7" w:rsidRDefault="00002EE7" w:rsidP="006470CC">
            <w:pPr>
              <w:pStyle w:val="18"/>
            </w:pPr>
            <w:r w:rsidRPr="00F7084F">
              <w:rPr>
                <w:rFonts w:hint="eastAsia"/>
              </w:rPr>
              <w:t>A</w:t>
            </w:r>
            <w:r>
              <w:rPr>
                <w:rFonts w:hint="eastAsia"/>
              </w:rPr>
              <w:t>1</w:t>
            </w:r>
            <w:r w:rsidR="00466117">
              <w:rPr>
                <w:rFonts w:hint="eastAsia"/>
              </w:rPr>
              <w:t>5</w:t>
            </w:r>
          </w:p>
        </w:tc>
        <w:tc>
          <w:tcPr>
            <w:tcW w:w="8610" w:type="dxa"/>
          </w:tcPr>
          <w:p w14:paraId="7AD72CC1" w14:textId="14124F0B" w:rsidR="00002EE7" w:rsidRDefault="00EA625A" w:rsidP="006470CC">
            <w:pPr>
              <w:rPr>
                <w:rFonts w:cs="Yu Gothic"/>
                <w:szCs w:val="21"/>
                <w:lang w:eastAsia="ja-JP"/>
              </w:rPr>
            </w:pPr>
            <w:r>
              <w:rPr>
                <w:rFonts w:cs="Yu Gothic" w:hint="eastAsia"/>
                <w:szCs w:val="21"/>
                <w:lang w:eastAsia="ja-JP"/>
              </w:rPr>
              <w:t>16</w:t>
            </w:r>
            <w:r w:rsidR="00002EE7">
              <w:rPr>
                <w:rFonts w:cs="Yu Gothic" w:hint="eastAsia"/>
                <w:szCs w:val="21"/>
                <w:lang w:eastAsia="ja-JP"/>
              </w:rPr>
              <w:t>時までです。時間に余裕を持ってご申請ください。</w:t>
            </w:r>
          </w:p>
          <w:p w14:paraId="2BDCD3F0" w14:textId="77777777" w:rsidR="00002EE7" w:rsidRPr="009B204A" w:rsidRDefault="00002EE7" w:rsidP="006470CC">
            <w:pPr>
              <w:rPr>
                <w:rFonts w:cs="Yu Gothic"/>
                <w:szCs w:val="21"/>
                <w:lang w:eastAsia="ja-JP"/>
              </w:rPr>
            </w:pPr>
            <w:r>
              <w:rPr>
                <w:rFonts w:cs="Yu Gothic" w:hint="eastAsia"/>
                <w:szCs w:val="21"/>
                <w:lang w:eastAsia="ja-JP"/>
              </w:rPr>
              <w:t>また、Jグランツでの申請の際にはGビズIDが必要になります。申請を予定された時点で、事前にご取得されることをお勧めします。</w:t>
            </w:r>
          </w:p>
        </w:tc>
      </w:tr>
    </w:tbl>
    <w:p w14:paraId="597697E7" w14:textId="77777777" w:rsidR="009B204A" w:rsidRPr="009B204A" w:rsidRDefault="009B204A">
      <w:pPr>
        <w:rPr>
          <w:lang w:eastAsia="ja-JP"/>
        </w:rPr>
      </w:pPr>
    </w:p>
    <w:sectPr w:rsidR="009B204A" w:rsidRPr="009B204A" w:rsidSect="00034616">
      <w:footerReference w:type="default" r:id="rId8"/>
      <w:pgSz w:w="12240" w:h="15840"/>
      <w:pgMar w:top="1077"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1D10D" w14:textId="77777777" w:rsidR="002E3030" w:rsidRDefault="002E3030">
      <w:pPr>
        <w:spacing w:after="0" w:line="240" w:lineRule="auto"/>
      </w:pPr>
      <w:r>
        <w:separator/>
      </w:r>
    </w:p>
  </w:endnote>
  <w:endnote w:type="continuationSeparator" w:id="0">
    <w:p w14:paraId="01DCFE89" w14:textId="77777777" w:rsidR="002E3030" w:rsidRDefault="002E3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E7E8E" w14:textId="1C64D55B" w:rsidR="0004389F" w:rsidRDefault="0004389F">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F0B4A" w14:textId="77777777" w:rsidR="002E3030" w:rsidRDefault="002E3030">
      <w:pPr>
        <w:spacing w:after="0" w:line="240" w:lineRule="auto"/>
      </w:pPr>
      <w:r>
        <w:separator/>
      </w:r>
    </w:p>
  </w:footnote>
  <w:footnote w:type="continuationSeparator" w:id="0">
    <w:p w14:paraId="43216001" w14:textId="77777777" w:rsidR="002E3030" w:rsidRDefault="002E30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81792874">
    <w:abstractNumId w:val="8"/>
  </w:num>
  <w:num w:numId="2" w16cid:durableId="1536624183">
    <w:abstractNumId w:val="6"/>
  </w:num>
  <w:num w:numId="3" w16cid:durableId="1751580877">
    <w:abstractNumId w:val="5"/>
  </w:num>
  <w:num w:numId="4" w16cid:durableId="1518498885">
    <w:abstractNumId w:val="4"/>
  </w:num>
  <w:num w:numId="5" w16cid:durableId="409348762">
    <w:abstractNumId w:val="7"/>
  </w:num>
  <w:num w:numId="6" w16cid:durableId="1281762495">
    <w:abstractNumId w:val="3"/>
  </w:num>
  <w:num w:numId="7" w16cid:durableId="1817602495">
    <w:abstractNumId w:val="2"/>
  </w:num>
  <w:num w:numId="8" w16cid:durableId="1360468603">
    <w:abstractNumId w:val="1"/>
  </w:num>
  <w:num w:numId="9" w16cid:durableId="1453012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EE7"/>
    <w:rsid w:val="0000473B"/>
    <w:rsid w:val="00034616"/>
    <w:rsid w:val="0004389F"/>
    <w:rsid w:val="00044A1F"/>
    <w:rsid w:val="0006063C"/>
    <w:rsid w:val="000A5EE1"/>
    <w:rsid w:val="000E5860"/>
    <w:rsid w:val="0015074B"/>
    <w:rsid w:val="00165D35"/>
    <w:rsid w:val="0020711A"/>
    <w:rsid w:val="002276F5"/>
    <w:rsid w:val="0024037E"/>
    <w:rsid w:val="002413CF"/>
    <w:rsid w:val="00245B04"/>
    <w:rsid w:val="00266C92"/>
    <w:rsid w:val="00281C0A"/>
    <w:rsid w:val="00290F4F"/>
    <w:rsid w:val="0029639D"/>
    <w:rsid w:val="00297A7A"/>
    <w:rsid w:val="002D766F"/>
    <w:rsid w:val="002E3030"/>
    <w:rsid w:val="00314F18"/>
    <w:rsid w:val="00326F90"/>
    <w:rsid w:val="0033738F"/>
    <w:rsid w:val="003C11D0"/>
    <w:rsid w:val="003C3B35"/>
    <w:rsid w:val="003D42BC"/>
    <w:rsid w:val="00466117"/>
    <w:rsid w:val="00477AA0"/>
    <w:rsid w:val="004A767A"/>
    <w:rsid w:val="004F08AE"/>
    <w:rsid w:val="00574585"/>
    <w:rsid w:val="00577C63"/>
    <w:rsid w:val="00590180"/>
    <w:rsid w:val="00596CF9"/>
    <w:rsid w:val="005C18A4"/>
    <w:rsid w:val="006203EB"/>
    <w:rsid w:val="0069199A"/>
    <w:rsid w:val="006D10C9"/>
    <w:rsid w:val="007078BC"/>
    <w:rsid w:val="007656F0"/>
    <w:rsid w:val="00795AC0"/>
    <w:rsid w:val="007C566F"/>
    <w:rsid w:val="008309D2"/>
    <w:rsid w:val="008404B3"/>
    <w:rsid w:val="00842D61"/>
    <w:rsid w:val="008E6C76"/>
    <w:rsid w:val="0099404B"/>
    <w:rsid w:val="0099506E"/>
    <w:rsid w:val="009B204A"/>
    <w:rsid w:val="009C20FC"/>
    <w:rsid w:val="009F77AF"/>
    <w:rsid w:val="009F7F67"/>
    <w:rsid w:val="00A2694E"/>
    <w:rsid w:val="00A401AA"/>
    <w:rsid w:val="00A87DEF"/>
    <w:rsid w:val="00AA1D8D"/>
    <w:rsid w:val="00AB3420"/>
    <w:rsid w:val="00AF224F"/>
    <w:rsid w:val="00B065A9"/>
    <w:rsid w:val="00B47730"/>
    <w:rsid w:val="00B90E75"/>
    <w:rsid w:val="00BB30BA"/>
    <w:rsid w:val="00BB404C"/>
    <w:rsid w:val="00BD2A92"/>
    <w:rsid w:val="00C12E2C"/>
    <w:rsid w:val="00C54F44"/>
    <w:rsid w:val="00CB0664"/>
    <w:rsid w:val="00CC1222"/>
    <w:rsid w:val="00D41950"/>
    <w:rsid w:val="00DA732B"/>
    <w:rsid w:val="00DE43E5"/>
    <w:rsid w:val="00E11C7F"/>
    <w:rsid w:val="00E813B7"/>
    <w:rsid w:val="00EA625A"/>
    <w:rsid w:val="00F65276"/>
    <w:rsid w:val="00F7084F"/>
    <w:rsid w:val="00FB4A4B"/>
    <w:rsid w:val="00FB6E8B"/>
    <w:rsid w:val="00FC693F"/>
    <w:rsid w:val="00FF7FBE"/>
    <w:rsid w:val="02043E38"/>
    <w:rsid w:val="2D294816"/>
    <w:rsid w:val="304FA1CA"/>
    <w:rsid w:val="6A847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00"/>
  <w15:docId w15:val="{A2C60F74-F6AE-4A52-B58A-E81FB4A3A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96CF9"/>
    <w:rPr>
      <w:rFonts w:ascii="Yu Gothic" w:eastAsia="Yu Gothic" w:hAnsi="Yu Gothic"/>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8">
    <w:name w:val="標準1"/>
    <w:basedOn w:val="a1"/>
    <w:rPr>
      <w:rFonts w:cs="ＭＳ Ｐゴシック"/>
      <w:kern w:val="2"/>
      <w:szCs w:val="21"/>
      <w:lang w:eastAsia="ja-JP"/>
      <w14:ligatures w14:val="standardContextual"/>
    </w:rPr>
  </w:style>
  <w:style w:type="paragraph" w:styleId="aff">
    <w:name w:val="Revision"/>
    <w:hidden/>
    <w:uiPriority w:val="99"/>
    <w:semiHidden/>
    <w:rsid w:val="00C54F44"/>
    <w:pPr>
      <w:spacing w:after="0" w:line="240" w:lineRule="auto"/>
    </w:pPr>
    <w:rPr>
      <w:rFonts w:ascii="Yu Gothic" w:eastAsia="Yu Gothic" w:hAnsi="Yu Gothic"/>
      <w:sz w:val="21"/>
    </w:rPr>
  </w:style>
  <w:style w:type="character" w:styleId="aff0">
    <w:name w:val="annotation reference"/>
    <w:basedOn w:val="a2"/>
    <w:uiPriority w:val="99"/>
    <w:semiHidden/>
    <w:unhideWhenUsed/>
    <w:rsid w:val="0069199A"/>
    <w:rPr>
      <w:sz w:val="18"/>
      <w:szCs w:val="18"/>
    </w:rPr>
  </w:style>
  <w:style w:type="paragraph" w:styleId="aff1">
    <w:name w:val="annotation text"/>
    <w:basedOn w:val="a1"/>
    <w:link w:val="aff2"/>
    <w:uiPriority w:val="99"/>
    <w:semiHidden/>
    <w:unhideWhenUsed/>
    <w:rsid w:val="0069199A"/>
  </w:style>
  <w:style w:type="character" w:customStyle="1" w:styleId="aff2">
    <w:name w:val="コメント文字列 (文字)"/>
    <w:basedOn w:val="a2"/>
    <w:link w:val="aff1"/>
    <w:uiPriority w:val="99"/>
    <w:semiHidden/>
    <w:rsid w:val="0069199A"/>
    <w:rPr>
      <w:rFonts w:ascii="Yu Gothic" w:eastAsia="Yu Gothic" w:hAnsi="Yu Gothic"/>
      <w:sz w:val="21"/>
    </w:rPr>
  </w:style>
  <w:style w:type="paragraph" w:styleId="aff3">
    <w:name w:val="annotation subject"/>
    <w:basedOn w:val="aff1"/>
    <w:next w:val="aff1"/>
    <w:link w:val="aff4"/>
    <w:uiPriority w:val="99"/>
    <w:semiHidden/>
    <w:unhideWhenUsed/>
    <w:rsid w:val="0069199A"/>
    <w:rPr>
      <w:b/>
      <w:bCs/>
    </w:rPr>
  </w:style>
  <w:style w:type="character" w:customStyle="1" w:styleId="aff4">
    <w:name w:val="コメント内容 (文字)"/>
    <w:basedOn w:val="aff2"/>
    <w:link w:val="aff3"/>
    <w:uiPriority w:val="99"/>
    <w:semiHidden/>
    <w:rsid w:val="0069199A"/>
    <w:rPr>
      <w:rFonts w:ascii="Yu Gothic" w:eastAsia="Yu Gothic" w:hAnsi="Yu Gothic"/>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300</Words>
  <Characters>1710</Characters>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2026-08-18T02:37:00Z</dcterms:created>
  <dcterms:modified xsi:type="dcterms:W3CDTF">2026-08-21T07:26:00Z</dcterms:modified>
  <cp:category/>
</cp:coreProperties>
</file>